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0E5B1" w14:textId="2D69FFFB" w:rsidR="00B06795" w:rsidRPr="00D01D32" w:rsidRDefault="00B06795" w:rsidP="00B06795">
      <w:pPr>
        <w:spacing w:after="0" w:line="360" w:lineRule="auto"/>
        <w:ind w:left="-142"/>
        <w:jc w:val="both"/>
        <w:rPr>
          <w:rFonts w:ascii="Calisto MT" w:hAnsi="Calisto MT"/>
          <w:b/>
          <w:bCs/>
          <w:sz w:val="24"/>
          <w:szCs w:val="24"/>
        </w:rPr>
      </w:pPr>
      <w:r w:rsidRPr="00D01D32">
        <w:rPr>
          <w:rFonts w:ascii="Calisto MT" w:hAnsi="Calisto MT"/>
          <w:b/>
          <w:bCs/>
          <w:sz w:val="36"/>
          <w:szCs w:val="36"/>
        </w:rPr>
        <w:t xml:space="preserve">QP CODE: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</w:t>
      </w:r>
      <w:r w:rsidRPr="00D01D32">
        <w:rPr>
          <w:rFonts w:ascii="Calisto MT" w:hAnsi="Calisto MT"/>
          <w:b/>
          <w:bCs/>
          <w:sz w:val="24"/>
          <w:szCs w:val="24"/>
        </w:rPr>
        <w:t>Enrollment Number: …………………</w:t>
      </w:r>
      <w:r>
        <w:rPr>
          <w:rFonts w:ascii="Calisto MT" w:hAnsi="Calisto MT"/>
          <w:b/>
          <w:bCs/>
          <w:sz w:val="24"/>
          <w:szCs w:val="24"/>
        </w:rPr>
        <w:t>..</w:t>
      </w:r>
    </w:p>
    <w:p w14:paraId="05F8AC6B" w14:textId="11294804" w:rsidR="00B06795" w:rsidRDefault="00B06795" w:rsidP="00B06795">
      <w:pPr>
        <w:spacing w:after="0"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</w:t>
      </w:r>
      <w:r w:rsidR="00D57A00">
        <w:rPr>
          <w:rFonts w:ascii="Calisto MT" w:hAnsi="Calisto MT"/>
          <w:b/>
          <w:bCs/>
          <w:sz w:val="36"/>
          <w:szCs w:val="36"/>
        </w:rPr>
        <w:t>G</w:t>
      </w:r>
      <w:r>
        <w:rPr>
          <w:rFonts w:ascii="Calisto MT" w:hAnsi="Calisto MT"/>
          <w:b/>
          <w:bCs/>
          <w:sz w:val="36"/>
          <w:szCs w:val="36"/>
        </w:rPr>
        <w:t>20</w:t>
      </w:r>
      <w:r w:rsidR="00EA6E1C">
        <w:rPr>
          <w:rFonts w:ascii="Calisto MT" w:hAnsi="Calisto MT"/>
          <w:b/>
          <w:bCs/>
          <w:sz w:val="36"/>
          <w:szCs w:val="36"/>
        </w:rPr>
        <w:t>20</w:t>
      </w:r>
      <w:r w:rsidRPr="00D01D32">
        <w:rPr>
          <w:rFonts w:ascii="Calisto MT" w:hAnsi="Calisto MT"/>
          <w:b/>
          <w:bCs/>
          <w:sz w:val="24"/>
          <w:szCs w:val="24"/>
        </w:rPr>
        <w:tab/>
      </w:r>
      <w:r w:rsidRPr="00D01D32">
        <w:rPr>
          <w:rFonts w:ascii="Calisto MT" w:hAnsi="Calisto MT"/>
          <w:b/>
          <w:bCs/>
          <w:sz w:val="24"/>
          <w:szCs w:val="24"/>
        </w:rPr>
        <w:tab/>
      </w:r>
      <w:r w:rsidRPr="00D01D32">
        <w:rPr>
          <w:rFonts w:ascii="Calisto MT" w:hAnsi="Calisto MT"/>
          <w:b/>
          <w:bCs/>
          <w:sz w:val="24"/>
          <w:szCs w:val="24"/>
        </w:rPr>
        <w:tab/>
      </w:r>
      <w:r w:rsidRPr="00D01D32">
        <w:rPr>
          <w:rFonts w:ascii="Calisto MT" w:hAnsi="Calisto MT"/>
          <w:b/>
          <w:bCs/>
          <w:sz w:val="24"/>
          <w:szCs w:val="24"/>
        </w:rPr>
        <w:tab/>
        <w:t xml:space="preserve">      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</w:t>
      </w:r>
      <w:r w:rsidRPr="00D01D32">
        <w:rPr>
          <w:rFonts w:ascii="Calisto MT" w:hAnsi="Calisto MT"/>
          <w:b/>
          <w:bCs/>
          <w:sz w:val="24"/>
          <w:szCs w:val="24"/>
        </w:rPr>
        <w:t>Name: ………</w:t>
      </w:r>
      <w:r>
        <w:rPr>
          <w:rFonts w:ascii="Calisto MT" w:hAnsi="Calisto MT"/>
          <w:b/>
          <w:bCs/>
          <w:sz w:val="24"/>
          <w:szCs w:val="24"/>
        </w:rPr>
        <w:t>……</w:t>
      </w:r>
      <w:r w:rsidRPr="00D01D32">
        <w:rPr>
          <w:rFonts w:ascii="Calisto MT" w:hAnsi="Calisto MT"/>
          <w:b/>
          <w:bCs/>
          <w:sz w:val="24"/>
          <w:szCs w:val="24"/>
        </w:rPr>
        <w:t>….…………………..</w:t>
      </w:r>
    </w:p>
    <w:p w14:paraId="2FFB34AD" w14:textId="77777777" w:rsidR="00B06795" w:rsidRDefault="00B06795" w:rsidP="00B06795">
      <w:pPr>
        <w:spacing w:after="0" w:line="240" w:lineRule="auto"/>
        <w:rPr>
          <w:rFonts w:ascii="Calisto MT" w:hAnsi="Calisto MT"/>
          <w:b/>
          <w:bCs/>
          <w:sz w:val="28"/>
          <w:szCs w:val="28"/>
        </w:rPr>
      </w:pPr>
    </w:p>
    <w:p w14:paraId="5320A657" w14:textId="3A5CAE11" w:rsidR="00B06795" w:rsidRPr="00FA59DB" w:rsidRDefault="00B06795" w:rsidP="00D57A0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FA59DB">
        <w:rPr>
          <w:rFonts w:ascii="Calisto MT" w:hAnsi="Calisto MT"/>
          <w:b/>
          <w:bCs/>
          <w:sz w:val="28"/>
          <w:szCs w:val="28"/>
        </w:rPr>
        <w:t xml:space="preserve">M.A. DEGREE EXAMINATIONS, </w:t>
      </w:r>
      <w:r>
        <w:rPr>
          <w:rFonts w:ascii="Calisto MT" w:hAnsi="Calisto MT"/>
          <w:b/>
          <w:bCs/>
          <w:sz w:val="28"/>
          <w:szCs w:val="28"/>
        </w:rPr>
        <w:t>JUNE</w:t>
      </w:r>
      <w:r w:rsidRPr="00FA59DB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269A3B1D" w14:textId="77777777" w:rsidR="00B06795" w:rsidRPr="00FA59DB" w:rsidRDefault="00B06795" w:rsidP="00D57A0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FA59DB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05DA8368" w14:textId="77777777" w:rsidR="00B06795" w:rsidRPr="00FA59DB" w:rsidRDefault="00B06795" w:rsidP="00D57A0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FA59DB">
        <w:rPr>
          <w:rFonts w:ascii="Calisto MT" w:hAnsi="Calisto MT"/>
          <w:b/>
          <w:bCs/>
          <w:sz w:val="28"/>
          <w:szCs w:val="28"/>
        </w:rPr>
        <w:t>M.A. Economics</w:t>
      </w:r>
    </w:p>
    <w:p w14:paraId="2AEFE547" w14:textId="77777777" w:rsidR="00B06795" w:rsidRPr="00FA59DB" w:rsidRDefault="00B06795" w:rsidP="00D57A00">
      <w:pPr>
        <w:spacing w:after="0"/>
        <w:jc w:val="center"/>
        <w:rPr>
          <w:rFonts w:ascii="Calisto MT" w:hAnsi="Calisto MT" w:cs="Noto Sans Malayalam"/>
          <w:b/>
          <w:sz w:val="24"/>
          <w:szCs w:val="24"/>
        </w:rPr>
      </w:pPr>
      <w:r w:rsidRPr="00FA59DB">
        <w:rPr>
          <w:rFonts w:ascii="Calisto MT" w:eastAsia="Lustria" w:hAnsi="Calisto MT" w:cs="Lustria"/>
          <w:b/>
          <w:sz w:val="28"/>
          <w:szCs w:val="28"/>
        </w:rPr>
        <w:t>M23EC1</w:t>
      </w:r>
      <w:r>
        <w:rPr>
          <w:rFonts w:ascii="Calisto MT" w:eastAsia="Lustria" w:hAnsi="Calisto MT" w:cs="Lustria"/>
          <w:b/>
          <w:sz w:val="28"/>
          <w:szCs w:val="28"/>
        </w:rPr>
        <w:t>2</w:t>
      </w:r>
      <w:r w:rsidRPr="00FA59DB">
        <w:rPr>
          <w:rFonts w:ascii="Calisto MT" w:eastAsia="Lustria" w:hAnsi="Calisto MT" w:cs="Lustria"/>
          <w:b/>
          <w:sz w:val="28"/>
          <w:szCs w:val="28"/>
        </w:rPr>
        <w:t>DC</w:t>
      </w:r>
      <w:r w:rsidRPr="00FA59DB">
        <w:rPr>
          <w:rFonts w:ascii="Calisto MT" w:hAnsi="Calisto MT"/>
          <w:b/>
          <w:bCs/>
          <w:sz w:val="28"/>
          <w:szCs w:val="28"/>
        </w:rPr>
        <w:t xml:space="preserve"> –</w:t>
      </w:r>
      <w:r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eastAsia="Arial Unicode MS" w:hAnsi="Calisto MT" w:cs="Noto Sans Malayalam"/>
          <w:b/>
          <w:bCs/>
          <w:sz w:val="28"/>
          <w:szCs w:val="28"/>
          <w:lang w:bidi="ml-IN"/>
        </w:rPr>
        <w:t>Kerala Economy</w:t>
      </w:r>
    </w:p>
    <w:p w14:paraId="025BFC04" w14:textId="61A5D6B8" w:rsidR="0001148F" w:rsidRPr="00D07D1A" w:rsidRDefault="00675E9A" w:rsidP="00675E9A">
      <w:pPr>
        <w:spacing w:after="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eastAsia="Arial Unicode MS" w:hAnsi="Calisto MT" w:cs="Noto Sans Malayalam"/>
          <w:b/>
          <w:sz w:val="24"/>
          <w:szCs w:val="24"/>
        </w:rPr>
        <w:t xml:space="preserve">                                                       </w:t>
      </w:r>
      <w:r w:rsidR="0001148F" w:rsidRPr="00D07D1A">
        <w:rPr>
          <w:rFonts w:ascii="Calisto MT" w:hAnsi="Calisto MT"/>
          <w:b/>
          <w:bCs/>
          <w:sz w:val="28"/>
          <w:szCs w:val="28"/>
        </w:rPr>
        <w:t>(</w:t>
      </w:r>
      <w:r w:rsidR="0001148F">
        <w:rPr>
          <w:rFonts w:ascii="Calisto MT" w:hAnsi="Calisto MT"/>
          <w:b/>
          <w:bCs/>
          <w:sz w:val="28"/>
          <w:szCs w:val="28"/>
        </w:rPr>
        <w:t>202</w:t>
      </w:r>
      <w:r w:rsidR="001F64D5">
        <w:rPr>
          <w:rFonts w:ascii="Calisto MT" w:hAnsi="Calisto MT"/>
          <w:b/>
          <w:bCs/>
          <w:sz w:val="28"/>
          <w:szCs w:val="28"/>
        </w:rPr>
        <w:t xml:space="preserve">4 &amp; </w:t>
      </w:r>
      <w:r w:rsidR="0001148F" w:rsidRPr="00D07D1A">
        <w:rPr>
          <w:rFonts w:ascii="Calisto MT" w:hAnsi="Calisto MT"/>
          <w:b/>
          <w:bCs/>
          <w:sz w:val="28"/>
          <w:szCs w:val="28"/>
        </w:rPr>
        <w:t>202</w:t>
      </w:r>
      <w:r w:rsidR="001F64D5">
        <w:rPr>
          <w:rFonts w:ascii="Calisto MT" w:hAnsi="Calisto MT"/>
          <w:b/>
          <w:bCs/>
          <w:sz w:val="28"/>
          <w:szCs w:val="28"/>
        </w:rPr>
        <w:t>3</w:t>
      </w:r>
      <w:r w:rsidR="0001148F" w:rsidRPr="00D07D1A">
        <w:rPr>
          <w:rFonts w:ascii="Calisto MT" w:hAnsi="Calisto MT"/>
          <w:b/>
          <w:bCs/>
          <w:sz w:val="28"/>
          <w:szCs w:val="28"/>
        </w:rPr>
        <w:t xml:space="preserve"> July admissions)</w:t>
      </w:r>
    </w:p>
    <w:p w14:paraId="503BACFC" w14:textId="7E1265D6" w:rsidR="00B06795" w:rsidRPr="005B3F68" w:rsidRDefault="00675E9A" w:rsidP="00675E9A">
      <w:pPr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listo MT" w:hAnsi="Calisto MT" w:cs="Times New Roman"/>
          <w:b/>
          <w:bCs/>
          <w:sz w:val="28"/>
          <w:szCs w:val="28"/>
        </w:rPr>
        <w:t xml:space="preserve">                                                   </w:t>
      </w:r>
      <w:r w:rsidR="0001148F" w:rsidRPr="005B3F68">
        <w:rPr>
          <w:rFonts w:ascii="Calisto MT" w:hAnsi="Calisto MT" w:cs="Times New Roman"/>
          <w:b/>
          <w:bCs/>
          <w:sz w:val="28"/>
          <w:szCs w:val="28"/>
        </w:rPr>
        <w:t>(Regular/Supplementary)</w:t>
      </w:r>
    </w:p>
    <w:p w14:paraId="1C68115F" w14:textId="77777777" w:rsidR="00B06795" w:rsidRPr="00FA59DB" w:rsidRDefault="00B06795" w:rsidP="00B06795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5F6F2A79" w14:textId="1E78EA22" w:rsidR="00B06795" w:rsidRPr="00A445F3" w:rsidRDefault="00B06795" w:rsidP="00B06795">
      <w:pPr>
        <w:jc w:val="both"/>
        <w:rPr>
          <w:rFonts w:ascii="Calisto MT" w:hAnsi="Calisto MT"/>
          <w:b/>
          <w:bCs/>
          <w:sz w:val="24"/>
          <w:szCs w:val="24"/>
        </w:rPr>
      </w:pPr>
      <w:r w:rsidRPr="00A445F3">
        <w:rPr>
          <w:rFonts w:ascii="Calisto MT" w:hAnsi="Calisto MT"/>
          <w:b/>
          <w:bCs/>
          <w:sz w:val="24"/>
          <w:szCs w:val="24"/>
        </w:rPr>
        <w:t>Time: 3 Hours</w:t>
      </w:r>
      <w:r w:rsidRPr="00A445F3">
        <w:rPr>
          <w:rFonts w:ascii="Calisto MT" w:hAnsi="Calisto MT"/>
          <w:b/>
          <w:bCs/>
          <w:sz w:val="24"/>
          <w:szCs w:val="24"/>
        </w:rPr>
        <w:tab/>
      </w:r>
      <w:r w:rsidRPr="00A445F3">
        <w:rPr>
          <w:rFonts w:ascii="Calisto MT" w:hAnsi="Calisto MT"/>
          <w:b/>
          <w:bCs/>
          <w:sz w:val="24"/>
          <w:szCs w:val="24"/>
        </w:rPr>
        <w:tab/>
      </w:r>
      <w:r w:rsidRPr="00A445F3">
        <w:rPr>
          <w:rFonts w:ascii="Calisto MT" w:hAnsi="Calisto MT"/>
          <w:b/>
          <w:bCs/>
          <w:sz w:val="24"/>
          <w:szCs w:val="24"/>
        </w:rPr>
        <w:tab/>
      </w:r>
      <w:r w:rsidRPr="00A445F3">
        <w:rPr>
          <w:rFonts w:ascii="Calisto MT" w:hAnsi="Calisto MT"/>
          <w:b/>
          <w:bCs/>
          <w:sz w:val="24"/>
          <w:szCs w:val="24"/>
        </w:rPr>
        <w:tab/>
      </w:r>
      <w:r w:rsidRPr="00A445F3">
        <w:rPr>
          <w:rFonts w:ascii="Calisto MT" w:hAnsi="Calisto MT"/>
          <w:b/>
          <w:bCs/>
          <w:sz w:val="24"/>
          <w:szCs w:val="24"/>
        </w:rPr>
        <w:tab/>
      </w:r>
      <w:r w:rsidRPr="00A445F3">
        <w:rPr>
          <w:rFonts w:ascii="Calisto MT" w:hAnsi="Calisto MT"/>
          <w:b/>
          <w:bCs/>
          <w:sz w:val="24"/>
          <w:szCs w:val="24"/>
        </w:rPr>
        <w:tab/>
      </w:r>
      <w:r w:rsidRPr="00A445F3">
        <w:rPr>
          <w:rFonts w:ascii="Calisto MT" w:hAnsi="Calisto MT"/>
          <w:b/>
          <w:bCs/>
          <w:sz w:val="24"/>
          <w:szCs w:val="24"/>
        </w:rPr>
        <w:tab/>
        <w:t xml:space="preserve">     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</w:t>
      </w:r>
      <w:r w:rsidRPr="00A445F3">
        <w:rPr>
          <w:rFonts w:ascii="Calisto MT" w:hAnsi="Calisto MT"/>
          <w:b/>
          <w:bCs/>
          <w:sz w:val="24"/>
          <w:szCs w:val="24"/>
        </w:rPr>
        <w:t>Max Marks: 70</w:t>
      </w:r>
    </w:p>
    <w:p w14:paraId="46BD504E" w14:textId="77777777" w:rsidR="00B06795" w:rsidRPr="00A445F3" w:rsidRDefault="00B06795" w:rsidP="00B06795">
      <w:pPr>
        <w:jc w:val="center"/>
        <w:rPr>
          <w:rFonts w:ascii="Calisto MT" w:hAnsi="Calisto MT"/>
          <w:b/>
          <w:bCs/>
          <w:sz w:val="28"/>
          <w:szCs w:val="28"/>
        </w:rPr>
      </w:pPr>
      <w:r w:rsidRPr="00A445F3">
        <w:rPr>
          <w:rFonts w:ascii="Calisto MT" w:hAnsi="Calisto MT"/>
          <w:b/>
          <w:bCs/>
          <w:sz w:val="28"/>
          <w:szCs w:val="28"/>
        </w:rPr>
        <w:t>Section A</w:t>
      </w:r>
    </w:p>
    <w:p w14:paraId="67BE8CD6" w14:textId="77777777" w:rsidR="00B06795" w:rsidRDefault="00B06795" w:rsidP="00B06795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  <w:r w:rsidRPr="00D01D32">
        <w:rPr>
          <w:rFonts w:ascii="Calisto MT" w:hAnsi="Calisto MT"/>
          <w:b/>
          <w:bCs/>
          <w:sz w:val="24"/>
          <w:szCs w:val="24"/>
        </w:rPr>
        <w:t>Answer any ten of the following questions in a word or sentence each. Each question carries 1 mark.</w:t>
      </w:r>
    </w:p>
    <w:p w14:paraId="10A075E4" w14:textId="77777777" w:rsidR="00B06795" w:rsidRDefault="00B06795" w:rsidP="00B06795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</w:p>
    <w:p w14:paraId="0000000C" w14:textId="77777777" w:rsidR="00AE1380" w:rsidRPr="00B06795" w:rsidRDefault="009B3156" w:rsidP="00B0679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B06795">
        <w:rPr>
          <w:rFonts w:ascii="Calisto MT" w:hAnsi="Calisto MT"/>
          <w:color w:val="000000"/>
          <w:sz w:val="24"/>
          <w:szCs w:val="24"/>
        </w:rPr>
        <w:t>What is per capita income?</w:t>
      </w:r>
    </w:p>
    <w:p w14:paraId="0000000D" w14:textId="70FFAF16" w:rsidR="00AE1380" w:rsidRPr="00B06795" w:rsidRDefault="00C866EE" w:rsidP="00B0679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>
        <w:rPr>
          <w:rFonts w:ascii="Calisto MT" w:hAnsi="Calisto MT"/>
          <w:color w:val="000000"/>
          <w:sz w:val="24"/>
          <w:szCs w:val="24"/>
        </w:rPr>
        <w:t xml:space="preserve"> Kerala was formed as a state in the year……….</w:t>
      </w:r>
    </w:p>
    <w:p w14:paraId="0000000E" w14:textId="77777777" w:rsidR="00AE1380" w:rsidRPr="00B06795" w:rsidRDefault="009B3156" w:rsidP="00B0679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B06795">
        <w:rPr>
          <w:rFonts w:ascii="Calisto MT" w:hAnsi="Calisto MT"/>
          <w:color w:val="000000"/>
          <w:sz w:val="24"/>
          <w:szCs w:val="24"/>
        </w:rPr>
        <w:t>What does the acronym NSDP stand for?</w:t>
      </w:r>
    </w:p>
    <w:p w14:paraId="0000000F" w14:textId="77777777" w:rsidR="00AE1380" w:rsidRPr="00B06795" w:rsidRDefault="009B3156" w:rsidP="00B0679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B06795">
        <w:rPr>
          <w:rFonts w:ascii="Calisto MT" w:hAnsi="Calisto MT"/>
          <w:sz w:val="24"/>
          <w:szCs w:val="24"/>
        </w:rPr>
        <w:t>Abbreviate FRBM.</w:t>
      </w:r>
    </w:p>
    <w:p w14:paraId="00000010" w14:textId="77777777" w:rsidR="00AE1380" w:rsidRPr="00B06795" w:rsidRDefault="009B3156" w:rsidP="00B0679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B06795">
        <w:rPr>
          <w:rFonts w:ascii="Calisto MT" w:hAnsi="Calisto MT"/>
          <w:color w:val="000000"/>
          <w:sz w:val="24"/>
          <w:szCs w:val="24"/>
        </w:rPr>
        <w:t>What is agricultural credit?</w:t>
      </w:r>
    </w:p>
    <w:p w14:paraId="00000011" w14:textId="77777777" w:rsidR="00AE1380" w:rsidRPr="00B06795" w:rsidRDefault="009B3156" w:rsidP="00B0679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B06795">
        <w:rPr>
          <w:rFonts w:ascii="Calisto MT" w:hAnsi="Calisto MT"/>
          <w:color w:val="000000"/>
          <w:sz w:val="24"/>
          <w:szCs w:val="24"/>
        </w:rPr>
        <w:t>Explain the meaning of sectoral shift in the economy.</w:t>
      </w:r>
    </w:p>
    <w:p w14:paraId="00000012" w14:textId="32837150" w:rsidR="00AE1380" w:rsidRPr="00B06795" w:rsidRDefault="009B3156" w:rsidP="00B0679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B06795">
        <w:rPr>
          <w:rFonts w:ascii="Calisto MT" w:hAnsi="Calisto MT"/>
          <w:color w:val="000000"/>
          <w:sz w:val="24"/>
          <w:szCs w:val="24"/>
        </w:rPr>
        <w:t xml:space="preserve">State one function of the State </w:t>
      </w:r>
      <w:r w:rsidR="00B06795">
        <w:rPr>
          <w:rFonts w:ascii="Calisto MT" w:hAnsi="Calisto MT"/>
          <w:color w:val="000000"/>
          <w:sz w:val="24"/>
          <w:szCs w:val="24"/>
        </w:rPr>
        <w:t>Finance Commission</w:t>
      </w:r>
      <w:r w:rsidRPr="00B06795">
        <w:rPr>
          <w:rFonts w:ascii="Calisto MT" w:hAnsi="Calisto MT"/>
          <w:color w:val="000000"/>
          <w:sz w:val="24"/>
          <w:szCs w:val="24"/>
        </w:rPr>
        <w:t xml:space="preserve"> of Kerala.</w:t>
      </w:r>
    </w:p>
    <w:p w14:paraId="00000013" w14:textId="77777777" w:rsidR="00AE1380" w:rsidRPr="00B06795" w:rsidRDefault="009B3156" w:rsidP="00B0679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B06795">
        <w:rPr>
          <w:rFonts w:ascii="Calisto MT" w:hAnsi="Calisto MT"/>
          <w:color w:val="000000"/>
          <w:sz w:val="24"/>
          <w:szCs w:val="24"/>
        </w:rPr>
        <w:t>What is the gender gap in Kerala’s literacy rate according to Census 2011?</w:t>
      </w:r>
    </w:p>
    <w:p w14:paraId="00000014" w14:textId="77777777" w:rsidR="00AE1380" w:rsidRPr="00B06795" w:rsidRDefault="009B3156" w:rsidP="00B0679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B06795">
        <w:rPr>
          <w:rFonts w:ascii="Calisto MT" w:hAnsi="Calisto MT"/>
          <w:color w:val="000000"/>
          <w:sz w:val="24"/>
          <w:szCs w:val="24"/>
        </w:rPr>
        <w:t>Name any one IT company established in Kerala.</w:t>
      </w:r>
    </w:p>
    <w:p w14:paraId="00000015" w14:textId="2706414F" w:rsidR="00AE1380" w:rsidRPr="00B06795" w:rsidRDefault="009B3156" w:rsidP="00B0679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B06795">
        <w:rPr>
          <w:rFonts w:ascii="Calisto MT" w:hAnsi="Calisto MT"/>
          <w:color w:val="000000"/>
          <w:sz w:val="24"/>
          <w:szCs w:val="24"/>
        </w:rPr>
        <w:t>What</w:t>
      </w:r>
      <w:r w:rsidR="00B06795">
        <w:rPr>
          <w:rFonts w:ascii="Calisto MT" w:hAnsi="Calisto MT"/>
          <w:color w:val="000000"/>
          <w:sz w:val="24"/>
          <w:szCs w:val="24"/>
        </w:rPr>
        <w:t xml:space="preserve"> do</w:t>
      </w:r>
      <w:r w:rsidRPr="00B06795">
        <w:rPr>
          <w:rFonts w:ascii="Calisto MT" w:hAnsi="Calisto MT"/>
          <w:color w:val="000000"/>
          <w:sz w:val="24"/>
          <w:szCs w:val="24"/>
        </w:rPr>
        <w:t xml:space="preserve"> </w:t>
      </w:r>
      <w:r w:rsidRPr="00B06795">
        <w:rPr>
          <w:rFonts w:ascii="Calisto MT" w:hAnsi="Calisto MT"/>
          <w:sz w:val="24"/>
          <w:szCs w:val="24"/>
        </w:rPr>
        <w:t>you mean by sunrise industry</w:t>
      </w:r>
      <w:r w:rsidRPr="00B06795">
        <w:rPr>
          <w:rFonts w:ascii="Calisto MT" w:hAnsi="Calisto MT"/>
          <w:color w:val="000000"/>
          <w:sz w:val="24"/>
          <w:szCs w:val="24"/>
        </w:rPr>
        <w:t>?</w:t>
      </w:r>
    </w:p>
    <w:p w14:paraId="00000016" w14:textId="77777777" w:rsidR="00AE1380" w:rsidRPr="00B06795" w:rsidRDefault="009B3156" w:rsidP="00B0679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B06795">
        <w:rPr>
          <w:rFonts w:ascii="Calisto MT" w:hAnsi="Calisto MT"/>
          <w:color w:val="000000"/>
          <w:sz w:val="24"/>
          <w:szCs w:val="24"/>
        </w:rPr>
        <w:t>What is meant by 'structural unemployment'?</w:t>
      </w:r>
    </w:p>
    <w:p w14:paraId="00000017" w14:textId="77777777" w:rsidR="00AE1380" w:rsidRPr="00B06795" w:rsidRDefault="009B3156" w:rsidP="00B0679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B06795">
        <w:rPr>
          <w:rFonts w:ascii="Calisto MT" w:hAnsi="Calisto MT"/>
          <w:color w:val="000000"/>
          <w:sz w:val="24"/>
          <w:szCs w:val="24"/>
        </w:rPr>
        <w:t>Define fiscal federalism in the context of Centre-State relations.</w:t>
      </w:r>
    </w:p>
    <w:p w14:paraId="00000018" w14:textId="77777777" w:rsidR="00AE1380" w:rsidRPr="00B06795" w:rsidRDefault="009B3156" w:rsidP="00B0679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B06795">
        <w:rPr>
          <w:rFonts w:ascii="Calisto MT" w:hAnsi="Calisto MT"/>
          <w:color w:val="000000"/>
          <w:sz w:val="24"/>
          <w:szCs w:val="24"/>
        </w:rPr>
        <w:t>What is 'reverse migration'?</w:t>
      </w:r>
    </w:p>
    <w:p w14:paraId="00000019" w14:textId="77777777" w:rsidR="00AE1380" w:rsidRPr="00B06795" w:rsidRDefault="009B3156" w:rsidP="00B0679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B06795">
        <w:rPr>
          <w:rFonts w:ascii="Calisto MT" w:hAnsi="Calisto MT"/>
          <w:color w:val="000000"/>
          <w:sz w:val="24"/>
          <w:szCs w:val="24"/>
        </w:rPr>
        <w:t>Name one flood-prone district in Kerala.</w:t>
      </w:r>
    </w:p>
    <w:p w14:paraId="0000001A" w14:textId="09E85E3E" w:rsidR="00AE1380" w:rsidRPr="00B06795" w:rsidRDefault="009B3156" w:rsidP="00B0679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851"/>
        <w:rPr>
          <w:color w:val="000000"/>
        </w:rPr>
      </w:pPr>
      <w:r w:rsidRPr="00B06795">
        <w:rPr>
          <w:rFonts w:ascii="Calisto MT" w:hAnsi="Calisto MT"/>
          <w:color w:val="000000"/>
          <w:sz w:val="24"/>
          <w:szCs w:val="24"/>
        </w:rPr>
        <w:t>What is the objective of the Nava Kerala Mission?</w:t>
      </w:r>
      <w:r w:rsidRPr="00B06795">
        <w:rPr>
          <w:rFonts w:ascii="Calisto MT" w:hAnsi="Calisto MT"/>
          <w:color w:val="000000"/>
          <w:sz w:val="24"/>
          <w:szCs w:val="24"/>
        </w:rPr>
        <w:br/>
      </w:r>
      <w:r w:rsidR="00B06795">
        <w:rPr>
          <w:color w:val="000000"/>
        </w:rPr>
        <w:t xml:space="preserve">                         </w:t>
      </w:r>
      <w:r w:rsidR="00B06795">
        <w:rPr>
          <w:color w:val="000000"/>
        </w:rPr>
        <w:tab/>
      </w:r>
      <w:r w:rsidR="00B06795">
        <w:rPr>
          <w:color w:val="000000"/>
        </w:rPr>
        <w:tab/>
      </w:r>
      <w:r w:rsidR="00B06795">
        <w:rPr>
          <w:color w:val="000000"/>
        </w:rPr>
        <w:tab/>
      </w:r>
      <w:r w:rsidR="00B06795">
        <w:rPr>
          <w:color w:val="000000"/>
        </w:rPr>
        <w:tab/>
      </w:r>
      <w:r w:rsidR="00B06795">
        <w:rPr>
          <w:color w:val="000000"/>
        </w:rPr>
        <w:tab/>
      </w:r>
      <w:r w:rsidR="00B06795">
        <w:rPr>
          <w:color w:val="000000"/>
        </w:rPr>
        <w:tab/>
      </w:r>
      <w:r w:rsidR="00B06795">
        <w:rPr>
          <w:color w:val="000000"/>
        </w:rPr>
        <w:tab/>
      </w:r>
      <w:r w:rsidR="00B06795">
        <w:rPr>
          <w:color w:val="000000"/>
        </w:rPr>
        <w:tab/>
      </w:r>
      <w:r w:rsidR="00B06795">
        <w:rPr>
          <w:color w:val="000000"/>
        </w:rPr>
        <w:tab/>
        <w:t xml:space="preserve">                             </w:t>
      </w:r>
      <w:r w:rsidR="00B06795" w:rsidRPr="00AE5755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2BAED98C" w14:textId="77777777" w:rsidR="00B06795" w:rsidRPr="00B06795" w:rsidRDefault="00B06795" w:rsidP="00B06795">
      <w:pPr>
        <w:spacing w:after="0" w:line="360" w:lineRule="auto"/>
        <w:ind w:left="720"/>
        <w:jc w:val="center"/>
        <w:rPr>
          <w:rFonts w:ascii="Calisto MT" w:hAnsi="Calisto MT"/>
          <w:b/>
          <w:bCs/>
          <w:sz w:val="28"/>
          <w:szCs w:val="28"/>
        </w:rPr>
      </w:pPr>
      <w:r w:rsidRPr="00B06795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66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663"/>
      </w:tblGrid>
      <w:tr w:rsidR="00B06795" w:rsidRPr="00D01D32" w14:paraId="38C38D61" w14:textId="77777777" w:rsidTr="00D57A00">
        <w:trPr>
          <w:trHeight w:val="275"/>
        </w:trPr>
        <w:tc>
          <w:tcPr>
            <w:tcW w:w="10663" w:type="dxa"/>
          </w:tcPr>
          <w:p w14:paraId="6DDC9EC2" w14:textId="77777777" w:rsidR="00B06795" w:rsidRDefault="00B06795" w:rsidP="00AF203F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two or three sentences each. Each question carries 2 marks.</w:t>
            </w:r>
          </w:p>
          <w:p w14:paraId="43C35C95" w14:textId="77777777" w:rsidR="00B06795" w:rsidRPr="00D01D32" w:rsidRDefault="00B06795" w:rsidP="00AF203F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0000001D" w14:textId="77777777" w:rsidR="00AE1380" w:rsidRPr="00B06795" w:rsidRDefault="009B3156" w:rsidP="00D57A00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B06795">
        <w:rPr>
          <w:rFonts w:ascii="Calisto MT" w:hAnsi="Calisto MT"/>
          <w:color w:val="000000"/>
          <w:sz w:val="24"/>
          <w:szCs w:val="24"/>
        </w:rPr>
        <w:t>Explain the role of the primary sector in Kerala’s economy during the 1950s and 1960s.</w:t>
      </w:r>
    </w:p>
    <w:p w14:paraId="0000001E" w14:textId="326FF01A" w:rsidR="00AE1380" w:rsidRPr="00B06795" w:rsidRDefault="009B3156" w:rsidP="00D57A00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B06795">
        <w:rPr>
          <w:rFonts w:ascii="Calisto MT" w:hAnsi="Calisto MT"/>
          <w:color w:val="000000"/>
          <w:sz w:val="24"/>
          <w:szCs w:val="24"/>
        </w:rPr>
        <w:lastRenderedPageBreak/>
        <w:t>Briefly explain the term Kerala model of development</w:t>
      </w:r>
      <w:r w:rsidR="00B06795">
        <w:rPr>
          <w:rFonts w:ascii="Calisto MT" w:hAnsi="Calisto MT"/>
          <w:color w:val="000000"/>
          <w:sz w:val="24"/>
          <w:szCs w:val="24"/>
        </w:rPr>
        <w:t>.</w:t>
      </w:r>
      <w:r w:rsidRPr="00B06795">
        <w:rPr>
          <w:rFonts w:ascii="Calisto MT" w:hAnsi="Calisto MT"/>
          <w:color w:val="000000"/>
          <w:sz w:val="24"/>
          <w:szCs w:val="24"/>
        </w:rPr>
        <w:t xml:space="preserve"> </w:t>
      </w:r>
    </w:p>
    <w:p w14:paraId="0000001F" w14:textId="4BE20ED0" w:rsidR="00AE1380" w:rsidRPr="00B06795" w:rsidRDefault="009B3156" w:rsidP="00D57A00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B06795">
        <w:rPr>
          <w:rFonts w:ascii="Calisto MT" w:hAnsi="Calisto MT"/>
          <w:color w:val="000000"/>
          <w:sz w:val="24"/>
          <w:szCs w:val="24"/>
        </w:rPr>
        <w:t>What is meant by Gulf Migration and how it is important for Kerala</w:t>
      </w:r>
      <w:r w:rsidR="00D57A00">
        <w:rPr>
          <w:rFonts w:ascii="Calisto MT" w:hAnsi="Calisto MT"/>
          <w:color w:val="000000"/>
          <w:sz w:val="24"/>
          <w:szCs w:val="24"/>
        </w:rPr>
        <w:t>?</w:t>
      </w:r>
    </w:p>
    <w:p w14:paraId="00000020" w14:textId="77777777" w:rsidR="00AE1380" w:rsidRPr="00B06795" w:rsidRDefault="009B3156" w:rsidP="00D57A00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B06795">
        <w:rPr>
          <w:rFonts w:ascii="Calisto MT" w:hAnsi="Calisto MT"/>
          <w:color w:val="000000"/>
          <w:sz w:val="24"/>
          <w:szCs w:val="24"/>
        </w:rPr>
        <w:t>Describe how remittances changed the economic structure of Kerala in the 1980s.</w:t>
      </w:r>
    </w:p>
    <w:p w14:paraId="00000021" w14:textId="16256078" w:rsidR="00AE1380" w:rsidRPr="00B06795" w:rsidRDefault="009B3156" w:rsidP="00D57A00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B06795">
        <w:rPr>
          <w:rFonts w:ascii="Calisto MT" w:hAnsi="Calisto MT"/>
          <w:sz w:val="24"/>
          <w:szCs w:val="24"/>
        </w:rPr>
        <w:t>Commen</w:t>
      </w:r>
      <w:r w:rsidR="00B06795">
        <w:rPr>
          <w:rFonts w:ascii="Calisto MT" w:hAnsi="Calisto MT"/>
          <w:sz w:val="24"/>
          <w:szCs w:val="24"/>
        </w:rPr>
        <w:t>t</w:t>
      </w:r>
      <w:r w:rsidRPr="00B06795">
        <w:rPr>
          <w:rFonts w:ascii="Calisto MT" w:hAnsi="Calisto MT"/>
          <w:sz w:val="24"/>
          <w:szCs w:val="24"/>
        </w:rPr>
        <w:t xml:space="preserve"> on land reforms in Kerala</w:t>
      </w:r>
      <w:r w:rsidR="00B06795">
        <w:rPr>
          <w:rFonts w:ascii="Calisto MT" w:hAnsi="Calisto MT"/>
          <w:sz w:val="24"/>
          <w:szCs w:val="24"/>
        </w:rPr>
        <w:t>.</w:t>
      </w:r>
    </w:p>
    <w:p w14:paraId="00000022" w14:textId="77777777" w:rsidR="00AE1380" w:rsidRPr="00B06795" w:rsidRDefault="009B3156" w:rsidP="00D57A00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B06795">
        <w:rPr>
          <w:rFonts w:ascii="Calisto MT" w:hAnsi="Calisto MT"/>
          <w:color w:val="000000"/>
          <w:sz w:val="24"/>
          <w:szCs w:val="24"/>
        </w:rPr>
        <w:t>Discuss the significance of the tertiary sector in Kerala’s post-1991 development.</w:t>
      </w:r>
    </w:p>
    <w:p w14:paraId="00000023" w14:textId="77777777" w:rsidR="00AE1380" w:rsidRPr="00B06795" w:rsidRDefault="009B3156" w:rsidP="00D57A00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B06795">
        <w:rPr>
          <w:rFonts w:ascii="Calisto MT" w:hAnsi="Calisto MT"/>
          <w:color w:val="000000"/>
          <w:sz w:val="24"/>
          <w:szCs w:val="24"/>
        </w:rPr>
        <w:t>State the relationship between Kerala’s high literacy and persistent unemployment.</w:t>
      </w:r>
    </w:p>
    <w:p w14:paraId="00000024" w14:textId="0C35125C" w:rsidR="00AE1380" w:rsidRPr="00B06795" w:rsidRDefault="009B3156" w:rsidP="00D57A00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B06795">
        <w:rPr>
          <w:rFonts w:ascii="Calisto MT" w:hAnsi="Calisto MT"/>
          <w:color w:val="000000"/>
          <w:sz w:val="24"/>
          <w:szCs w:val="24"/>
        </w:rPr>
        <w:t xml:space="preserve">Name any two important environmental challenges faced by </w:t>
      </w:r>
      <w:r w:rsidR="00B06795">
        <w:rPr>
          <w:rFonts w:ascii="Calisto MT" w:hAnsi="Calisto MT"/>
          <w:color w:val="000000"/>
          <w:sz w:val="24"/>
          <w:szCs w:val="24"/>
        </w:rPr>
        <w:t>K</w:t>
      </w:r>
      <w:r w:rsidRPr="00B06795">
        <w:rPr>
          <w:rFonts w:ascii="Calisto MT" w:hAnsi="Calisto MT"/>
          <w:color w:val="000000"/>
          <w:sz w:val="24"/>
          <w:szCs w:val="24"/>
        </w:rPr>
        <w:t>erala</w:t>
      </w:r>
      <w:r w:rsidR="00B06795">
        <w:rPr>
          <w:rFonts w:ascii="Calisto MT" w:hAnsi="Calisto MT"/>
          <w:color w:val="000000"/>
          <w:sz w:val="24"/>
          <w:szCs w:val="24"/>
        </w:rPr>
        <w:t>.</w:t>
      </w:r>
    </w:p>
    <w:p w14:paraId="00000025" w14:textId="77777777" w:rsidR="00AE1380" w:rsidRPr="00B06795" w:rsidRDefault="009B3156" w:rsidP="00D57A00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B06795">
        <w:rPr>
          <w:rFonts w:ascii="Calisto MT" w:hAnsi="Calisto MT"/>
          <w:color w:val="000000"/>
          <w:sz w:val="24"/>
          <w:szCs w:val="24"/>
        </w:rPr>
        <w:t>Examine the issue of educated unemployment and skill mismatch in Kerala.</w:t>
      </w:r>
    </w:p>
    <w:p w14:paraId="00000026" w14:textId="5D97535C" w:rsidR="00AE1380" w:rsidRDefault="009B3156" w:rsidP="00D57A00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851"/>
        <w:rPr>
          <w:color w:val="000000"/>
        </w:rPr>
      </w:pPr>
      <w:r w:rsidRPr="00B06795">
        <w:rPr>
          <w:rFonts w:ascii="Calisto MT" w:hAnsi="Calisto MT"/>
          <w:color w:val="000000"/>
          <w:sz w:val="24"/>
          <w:szCs w:val="24"/>
        </w:rPr>
        <w:t>Explain importance of state finance commission</w:t>
      </w:r>
      <w:r w:rsidR="003164F8">
        <w:rPr>
          <w:rFonts w:ascii="Calisto MT" w:hAnsi="Calisto MT"/>
          <w:color w:val="000000"/>
          <w:sz w:val="24"/>
          <w:szCs w:val="24"/>
        </w:rPr>
        <w:t>.</w:t>
      </w:r>
      <w:r w:rsidR="00B06795">
        <w:rPr>
          <w:color w:val="000000"/>
        </w:rPr>
        <w:t xml:space="preserve">                                          </w:t>
      </w:r>
      <w:r w:rsidR="00BD6FAB">
        <w:rPr>
          <w:color w:val="000000"/>
        </w:rPr>
        <w:t xml:space="preserve">                          </w:t>
      </w:r>
      <w:r w:rsidR="00B06795">
        <w:rPr>
          <w:color w:val="000000"/>
        </w:rPr>
        <w:t xml:space="preserve">                         </w:t>
      </w:r>
    </w:p>
    <w:p w14:paraId="117F5BF4" w14:textId="5383A217" w:rsidR="00B06795" w:rsidRPr="00B06795" w:rsidRDefault="00B06795" w:rsidP="00B06795">
      <w:pPr>
        <w:ind w:left="720"/>
        <w:rPr>
          <w:rFonts w:ascii="Calisto MT" w:hAnsi="Calisto MT"/>
          <w:color w:val="000000" w:themeColor="text1"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B06795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41A62CC8" w14:textId="77777777" w:rsidR="003164F8" w:rsidRPr="00D01D32" w:rsidRDefault="003164F8" w:rsidP="003164F8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36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67"/>
      </w:tblGrid>
      <w:tr w:rsidR="003164F8" w:rsidRPr="00D01D32" w14:paraId="6519156D" w14:textId="77777777" w:rsidTr="00AF203F">
        <w:trPr>
          <w:trHeight w:val="108"/>
        </w:trPr>
        <w:tc>
          <w:tcPr>
            <w:tcW w:w="10367" w:type="dxa"/>
          </w:tcPr>
          <w:p w14:paraId="42560A9F" w14:textId="77777777" w:rsidR="003164F8" w:rsidRDefault="003164F8" w:rsidP="00AF203F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  <w:p w14:paraId="1F10DDC8" w14:textId="77777777" w:rsidR="003164F8" w:rsidRPr="00D01D32" w:rsidRDefault="003164F8" w:rsidP="00AF203F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00000029" w14:textId="70FDE9CF" w:rsidR="00AE1380" w:rsidRPr="00217F2D" w:rsidRDefault="009B3156" w:rsidP="00217F2D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217F2D">
        <w:rPr>
          <w:rFonts w:ascii="Calisto MT" w:hAnsi="Calisto MT"/>
          <w:color w:val="000000"/>
          <w:sz w:val="24"/>
          <w:szCs w:val="24"/>
        </w:rPr>
        <w:t>Analy</w:t>
      </w:r>
      <w:r w:rsidR="00D57A00">
        <w:rPr>
          <w:rFonts w:ascii="Calisto MT" w:hAnsi="Calisto MT"/>
          <w:color w:val="000000"/>
          <w:sz w:val="24"/>
          <w:szCs w:val="24"/>
        </w:rPr>
        <w:t>z</w:t>
      </w:r>
      <w:r w:rsidRPr="00217F2D">
        <w:rPr>
          <w:rFonts w:ascii="Calisto MT" w:hAnsi="Calisto MT"/>
          <w:color w:val="000000"/>
          <w:sz w:val="24"/>
          <w:szCs w:val="24"/>
        </w:rPr>
        <w:t>e the sectoral composition changes in Kerala’s GSDP from 1990–1991 to 2023–2024.</w:t>
      </w:r>
    </w:p>
    <w:p w14:paraId="0000002A" w14:textId="12A763BA" w:rsidR="00AE1380" w:rsidRPr="00217F2D" w:rsidRDefault="009B3156" w:rsidP="00217F2D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217F2D">
        <w:rPr>
          <w:rFonts w:ascii="Calisto MT" w:hAnsi="Calisto MT"/>
          <w:color w:val="000000"/>
          <w:sz w:val="24"/>
          <w:szCs w:val="24"/>
        </w:rPr>
        <w:t>Discuss the characteristics and challenges of Kerala’s agricultural sector.</w:t>
      </w:r>
    </w:p>
    <w:p w14:paraId="0000002B" w14:textId="77777777" w:rsidR="00AE1380" w:rsidRPr="00217F2D" w:rsidRDefault="009B3156" w:rsidP="00217F2D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217F2D">
        <w:rPr>
          <w:rFonts w:ascii="Calisto MT" w:hAnsi="Calisto MT"/>
          <w:color w:val="000000"/>
          <w:sz w:val="24"/>
          <w:szCs w:val="24"/>
        </w:rPr>
        <w:t>Examine the role and performance of Kerala’s service sector in contributing to economic growth.</w:t>
      </w:r>
    </w:p>
    <w:p w14:paraId="0000002C" w14:textId="77777777" w:rsidR="00AE1380" w:rsidRPr="00217F2D" w:rsidRDefault="009B3156" w:rsidP="00217F2D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217F2D">
        <w:rPr>
          <w:rFonts w:ascii="Calisto MT" w:hAnsi="Calisto MT"/>
          <w:color w:val="000000"/>
          <w:sz w:val="24"/>
          <w:szCs w:val="24"/>
        </w:rPr>
        <w:t>Evaluate the achievements and shortcomings of Kerala’s health sector development.</w:t>
      </w:r>
    </w:p>
    <w:p w14:paraId="0000002D" w14:textId="77777777" w:rsidR="00AE1380" w:rsidRPr="00217F2D" w:rsidRDefault="009B3156" w:rsidP="00217F2D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217F2D">
        <w:rPr>
          <w:rFonts w:ascii="Calisto MT" w:hAnsi="Calisto MT"/>
          <w:color w:val="000000"/>
          <w:sz w:val="24"/>
          <w:szCs w:val="24"/>
        </w:rPr>
        <w:t>Discuss the causes and consequences of Kerala’s fiscal deficit and public debt.</w:t>
      </w:r>
    </w:p>
    <w:p w14:paraId="0000002E" w14:textId="0192F8B6" w:rsidR="00AE1380" w:rsidRPr="00217F2D" w:rsidRDefault="009B3156" w:rsidP="00217F2D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 w:rsidRPr="00217F2D">
        <w:rPr>
          <w:rFonts w:ascii="Calisto MT" w:hAnsi="Calisto MT"/>
          <w:color w:val="000000"/>
          <w:sz w:val="24"/>
          <w:szCs w:val="24"/>
        </w:rPr>
        <w:t xml:space="preserve">Explain the concept and implementation of </w:t>
      </w:r>
      <w:r w:rsidR="00217F2D">
        <w:rPr>
          <w:rFonts w:ascii="Calisto MT" w:hAnsi="Calisto MT"/>
          <w:color w:val="000000"/>
          <w:sz w:val="24"/>
          <w:szCs w:val="24"/>
        </w:rPr>
        <w:t>d</w:t>
      </w:r>
      <w:r w:rsidRPr="00217F2D">
        <w:rPr>
          <w:rFonts w:ascii="Calisto MT" w:hAnsi="Calisto MT"/>
          <w:color w:val="000000"/>
          <w:sz w:val="24"/>
          <w:szCs w:val="24"/>
        </w:rPr>
        <w:t>ecentrali</w:t>
      </w:r>
      <w:r w:rsidR="00D57A00">
        <w:rPr>
          <w:rFonts w:ascii="Calisto MT" w:hAnsi="Calisto MT"/>
          <w:color w:val="000000"/>
          <w:sz w:val="24"/>
          <w:szCs w:val="24"/>
        </w:rPr>
        <w:t>z</w:t>
      </w:r>
      <w:r w:rsidRPr="00217F2D">
        <w:rPr>
          <w:rFonts w:ascii="Calisto MT" w:hAnsi="Calisto MT"/>
          <w:color w:val="000000"/>
          <w:sz w:val="24"/>
          <w:szCs w:val="24"/>
        </w:rPr>
        <w:t>ation in Kerala with examples.</w:t>
      </w:r>
    </w:p>
    <w:p w14:paraId="0000002F" w14:textId="19C65BC0" w:rsidR="00AE1380" w:rsidRPr="00217F2D" w:rsidRDefault="00217F2D" w:rsidP="00217F2D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>
        <w:rPr>
          <w:rFonts w:ascii="Calisto MT" w:hAnsi="Calisto MT"/>
          <w:color w:val="000000"/>
          <w:sz w:val="24"/>
          <w:szCs w:val="24"/>
        </w:rPr>
        <w:t>What are the reasons for high inflation in Kerala?</w:t>
      </w:r>
    </w:p>
    <w:p w14:paraId="00000031" w14:textId="1BA5536E" w:rsidR="00AE1380" w:rsidRPr="00D57A00" w:rsidRDefault="00217F2D" w:rsidP="00BD6FA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  <w:r>
        <w:rPr>
          <w:rFonts w:ascii="Calisto MT" w:hAnsi="Calisto MT"/>
          <w:color w:val="000000"/>
          <w:sz w:val="24"/>
          <w:szCs w:val="24"/>
        </w:rPr>
        <w:t>Describe the nature of unemployment persisting in Kerala</w:t>
      </w:r>
      <w:r w:rsidRPr="00217F2D">
        <w:rPr>
          <w:rFonts w:ascii="Calisto MT" w:hAnsi="Calisto MT"/>
          <w:color w:val="000000"/>
          <w:sz w:val="24"/>
          <w:szCs w:val="24"/>
        </w:rPr>
        <w:t>.</w:t>
      </w:r>
      <w:r w:rsidRPr="00217F2D">
        <w:rPr>
          <w:color w:val="000000"/>
        </w:rPr>
        <w:br/>
      </w:r>
      <w:r w:rsidRPr="00217F2D">
        <w:rPr>
          <w:rFonts w:ascii="Calisto MT" w:hAnsi="Calisto MT" w:cs="Noto Sans Malayalam"/>
          <w:b/>
          <w:bCs/>
          <w:sz w:val="24"/>
          <w:szCs w:val="24"/>
        </w:rPr>
        <w:t xml:space="preserve">                   </w:t>
      </w: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</w:t>
      </w:r>
      <w:r w:rsidRPr="00217F2D">
        <w:rPr>
          <w:rFonts w:ascii="Calisto MT" w:hAnsi="Calisto MT" w:cs="Noto Sans Malayalam"/>
          <w:b/>
          <w:bCs/>
          <w:sz w:val="24"/>
          <w:szCs w:val="24"/>
        </w:rPr>
        <w:t xml:space="preserve">      (4X5=20)</w:t>
      </w:r>
    </w:p>
    <w:p w14:paraId="2B0DBD8F" w14:textId="77777777" w:rsidR="00D57A00" w:rsidRPr="00BD6FAB" w:rsidRDefault="00D57A00" w:rsidP="00D57A00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851"/>
        <w:rPr>
          <w:rFonts w:ascii="Calisto MT" w:hAnsi="Calisto MT"/>
          <w:color w:val="000000"/>
          <w:sz w:val="24"/>
          <w:szCs w:val="24"/>
        </w:rPr>
      </w:pPr>
    </w:p>
    <w:p w14:paraId="0BA7DF37" w14:textId="77777777" w:rsidR="00217F2D" w:rsidRPr="00D01D32" w:rsidRDefault="00217F2D" w:rsidP="00217F2D">
      <w:pPr>
        <w:pStyle w:val="ListParagraph"/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55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54"/>
      </w:tblGrid>
      <w:tr w:rsidR="00217F2D" w:rsidRPr="00D01D32" w14:paraId="33B133C8" w14:textId="77777777" w:rsidTr="00AF203F">
        <w:trPr>
          <w:trHeight w:val="410"/>
        </w:trPr>
        <w:tc>
          <w:tcPr>
            <w:tcW w:w="10554" w:type="dxa"/>
          </w:tcPr>
          <w:p w14:paraId="422B08FD" w14:textId="77777777" w:rsidR="00217F2D" w:rsidRDefault="00217F2D" w:rsidP="00AF203F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three of the following questions in two pages each. Each question carries 10 marks.</w:t>
            </w:r>
          </w:p>
          <w:p w14:paraId="08049ABF" w14:textId="77777777" w:rsidR="00217F2D" w:rsidRPr="00D01D32" w:rsidRDefault="00217F2D" w:rsidP="00AF203F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00000034" w14:textId="77777777" w:rsidR="00AE1380" w:rsidRPr="00217F2D" w:rsidRDefault="009B3156" w:rsidP="00217F2D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jc w:val="both"/>
        <w:rPr>
          <w:rFonts w:ascii="Calisto MT" w:hAnsi="Calisto MT"/>
          <w:color w:val="000000"/>
          <w:sz w:val="24"/>
          <w:szCs w:val="24"/>
        </w:rPr>
      </w:pPr>
      <w:r w:rsidRPr="00217F2D">
        <w:rPr>
          <w:rFonts w:ascii="Calisto MT" w:hAnsi="Calisto MT"/>
          <w:color w:val="000000"/>
          <w:sz w:val="24"/>
          <w:szCs w:val="24"/>
        </w:rPr>
        <w:t>Analyse the paradox of the Kerala Model of Development: High human development indicators coupled with unemployment and fiscal crisis. How can this paradox be resolved?</w:t>
      </w:r>
    </w:p>
    <w:p w14:paraId="00000035" w14:textId="31050650" w:rsidR="00AE1380" w:rsidRPr="00217F2D" w:rsidRDefault="009B3156" w:rsidP="00217F2D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jc w:val="both"/>
        <w:rPr>
          <w:rFonts w:ascii="Calisto MT" w:hAnsi="Calisto MT"/>
          <w:color w:val="000000"/>
          <w:sz w:val="24"/>
          <w:szCs w:val="24"/>
        </w:rPr>
      </w:pPr>
      <w:r w:rsidRPr="00217F2D">
        <w:rPr>
          <w:rFonts w:ascii="Calisto MT" w:hAnsi="Calisto MT"/>
          <w:color w:val="000000"/>
          <w:sz w:val="24"/>
          <w:szCs w:val="24"/>
        </w:rPr>
        <w:t xml:space="preserve">Explain major Human development challenges and social challenges faced in </w:t>
      </w:r>
      <w:r w:rsidR="00217F2D">
        <w:rPr>
          <w:rFonts w:ascii="Calisto MT" w:hAnsi="Calisto MT"/>
          <w:color w:val="000000"/>
          <w:sz w:val="24"/>
          <w:szCs w:val="24"/>
        </w:rPr>
        <w:t>K</w:t>
      </w:r>
      <w:r w:rsidRPr="00217F2D">
        <w:rPr>
          <w:rFonts w:ascii="Calisto MT" w:hAnsi="Calisto MT"/>
          <w:color w:val="000000"/>
          <w:sz w:val="24"/>
          <w:szCs w:val="24"/>
        </w:rPr>
        <w:t>erala</w:t>
      </w:r>
      <w:r w:rsidR="00217F2D">
        <w:rPr>
          <w:rFonts w:ascii="Calisto MT" w:hAnsi="Calisto MT"/>
          <w:color w:val="000000"/>
          <w:sz w:val="24"/>
          <w:szCs w:val="24"/>
        </w:rPr>
        <w:t>.</w:t>
      </w:r>
    </w:p>
    <w:p w14:paraId="00000036" w14:textId="4FF13CBC" w:rsidR="00AE1380" w:rsidRPr="00217F2D" w:rsidRDefault="009B3156" w:rsidP="00217F2D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jc w:val="both"/>
        <w:rPr>
          <w:rFonts w:ascii="Calisto MT" w:hAnsi="Calisto MT"/>
          <w:color w:val="000000"/>
          <w:sz w:val="24"/>
          <w:szCs w:val="24"/>
        </w:rPr>
      </w:pPr>
      <w:r w:rsidRPr="00217F2D">
        <w:rPr>
          <w:rFonts w:ascii="Calisto MT" w:hAnsi="Calisto MT"/>
          <w:color w:val="000000"/>
          <w:sz w:val="24"/>
          <w:szCs w:val="24"/>
        </w:rPr>
        <w:t>Examine the fiscal challenges of Kerala in detail.</w:t>
      </w:r>
      <w:r w:rsidR="00217F2D">
        <w:rPr>
          <w:rFonts w:ascii="Calisto MT" w:hAnsi="Calisto MT"/>
          <w:color w:val="000000"/>
          <w:sz w:val="24"/>
          <w:szCs w:val="24"/>
        </w:rPr>
        <w:t xml:space="preserve"> </w:t>
      </w:r>
      <w:r w:rsidRPr="00217F2D">
        <w:rPr>
          <w:rFonts w:ascii="Calisto MT" w:hAnsi="Calisto MT"/>
          <w:color w:val="000000"/>
          <w:sz w:val="24"/>
          <w:szCs w:val="24"/>
        </w:rPr>
        <w:t>Analyse the expenditure structure, revenue sources, and propose sustainable solutions for fiscal consolidation.</w:t>
      </w:r>
    </w:p>
    <w:p w14:paraId="00000037" w14:textId="77777777" w:rsidR="00AE1380" w:rsidRPr="00217F2D" w:rsidRDefault="009B3156" w:rsidP="00217F2D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jc w:val="both"/>
        <w:rPr>
          <w:rFonts w:ascii="Calisto MT" w:hAnsi="Calisto MT"/>
          <w:color w:val="000000"/>
          <w:sz w:val="24"/>
          <w:szCs w:val="24"/>
        </w:rPr>
      </w:pPr>
      <w:r w:rsidRPr="00217F2D">
        <w:rPr>
          <w:rFonts w:ascii="Calisto MT" w:hAnsi="Calisto MT"/>
          <w:color w:val="000000"/>
          <w:sz w:val="24"/>
          <w:szCs w:val="24"/>
        </w:rPr>
        <w:t>Discuss the role of Centre-State financial relations and fiscal federalism in addressing Kerala’s development needs. How has the GST regime affected Kerala?</w:t>
      </w:r>
    </w:p>
    <w:p w14:paraId="00000038" w14:textId="77777777" w:rsidR="00AE1380" w:rsidRPr="00217F2D" w:rsidRDefault="009B3156" w:rsidP="00217F2D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/>
        <w:jc w:val="both"/>
        <w:rPr>
          <w:rFonts w:ascii="Calisto MT" w:hAnsi="Calisto MT"/>
          <w:color w:val="000000"/>
          <w:sz w:val="24"/>
          <w:szCs w:val="24"/>
        </w:rPr>
      </w:pPr>
      <w:r w:rsidRPr="00217F2D">
        <w:rPr>
          <w:rFonts w:ascii="Calisto MT" w:hAnsi="Calisto MT"/>
          <w:sz w:val="24"/>
          <w:szCs w:val="24"/>
        </w:rPr>
        <w:t>Explain the role of IT sector and MSME in Kerala’s Industrial development.</w:t>
      </w:r>
    </w:p>
    <w:p w14:paraId="00000039" w14:textId="3BCDD6EC" w:rsidR="00AE1380" w:rsidRDefault="009B3156" w:rsidP="00217F2D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851"/>
        <w:jc w:val="both"/>
        <w:rPr>
          <w:rFonts w:ascii="Calisto MT" w:hAnsi="Calisto MT"/>
          <w:color w:val="000000"/>
          <w:sz w:val="24"/>
          <w:szCs w:val="24"/>
        </w:rPr>
      </w:pPr>
      <w:r w:rsidRPr="00217F2D">
        <w:rPr>
          <w:rFonts w:ascii="Calisto MT" w:hAnsi="Calisto MT"/>
          <w:color w:val="000000"/>
          <w:sz w:val="24"/>
          <w:szCs w:val="24"/>
        </w:rPr>
        <w:t xml:space="preserve">Evaluate major environmental challenges and recent disasters and </w:t>
      </w:r>
      <w:r w:rsidR="00217F2D" w:rsidRPr="00217F2D">
        <w:rPr>
          <w:rFonts w:ascii="Calisto MT" w:hAnsi="Calisto MT"/>
          <w:color w:val="000000"/>
          <w:sz w:val="24"/>
          <w:szCs w:val="24"/>
        </w:rPr>
        <w:t>their</w:t>
      </w:r>
      <w:r w:rsidRPr="00217F2D">
        <w:rPr>
          <w:rFonts w:ascii="Calisto MT" w:hAnsi="Calisto MT"/>
          <w:color w:val="000000"/>
          <w:sz w:val="24"/>
          <w:szCs w:val="24"/>
        </w:rPr>
        <w:t xml:space="preserve"> impact in Kerala Economy. </w:t>
      </w:r>
    </w:p>
    <w:p w14:paraId="4D27007A" w14:textId="6E855596" w:rsidR="00217F2D" w:rsidRPr="00217F2D" w:rsidRDefault="00217F2D" w:rsidP="00217F2D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851"/>
        <w:jc w:val="both"/>
        <w:rPr>
          <w:rFonts w:ascii="Calisto MT" w:hAnsi="Calisto MT"/>
          <w:color w:val="000000"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872BAC">
        <w:rPr>
          <w:rFonts w:ascii="Calisto MT" w:hAnsi="Calisto MT" w:cs="Noto Sans Malayalam"/>
          <w:b/>
          <w:bCs/>
          <w:sz w:val="24"/>
          <w:szCs w:val="24"/>
        </w:rPr>
        <w:t>(10X3=30)</w:t>
      </w:r>
    </w:p>
    <w:sectPr w:rsidR="00217F2D" w:rsidRPr="00217F2D" w:rsidSect="00D57A00">
      <w:footerReference w:type="default" r:id="rId8"/>
      <w:pgSz w:w="12240" w:h="15840"/>
      <w:pgMar w:top="993" w:right="900" w:bottom="1440" w:left="85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04023" w14:textId="77777777" w:rsidR="00075759" w:rsidRDefault="00075759" w:rsidP="00217F2D">
      <w:pPr>
        <w:spacing w:after="0" w:line="240" w:lineRule="auto"/>
      </w:pPr>
      <w:r>
        <w:separator/>
      </w:r>
    </w:p>
  </w:endnote>
  <w:endnote w:type="continuationSeparator" w:id="0">
    <w:p w14:paraId="61D793C9" w14:textId="77777777" w:rsidR="00075759" w:rsidRDefault="00075759" w:rsidP="00217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  <w:embedRegular r:id="rId1" w:fontKey="{9F56E229-EEEB-4501-BD53-43BE86DEA8F2}"/>
    <w:embedBold r:id="rId2" w:fontKey="{618EE2D1-30B2-4EC5-A030-D45AA63C3A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3298679-D178-4198-AF1C-49929B66DC0B}"/>
    <w:embedBold r:id="rId4" w:fontKey="{9E521816-5BF2-44B2-B5AC-23AE46524BA2}"/>
    <w:embedItalic r:id="rId5" w:fontKey="{3FAC540D-20B0-4FB5-ABD6-2B56C3694C6C}"/>
    <w:embedBoldItalic r:id="rId6" w:fontKey="{C0C96E9C-C237-4F26-886C-5DED3C28E31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D1E915A8-A886-4C54-9B5C-CE42E9B468E5}"/>
    <w:embedBold r:id="rId8" w:fontKey="{CC6B240D-97F8-4A7B-AE07-05FC77EBCDDA}"/>
    <w:embedItalic r:id="rId9" w:fontKey="{D8D4DC88-023B-4FD8-9656-8C736A4DE475}"/>
    <w:embedBoldItalic r:id="rId10" w:fontKey="{FDAAF5B1-01F1-4A77-AC6A-3F0751BF8790}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  <w:embedRegular r:id="rId11" w:fontKey="{15E354D6-2111-453D-A39E-108511EE9ACD}"/>
    <w:embedBold r:id="rId12" w:fontKey="{E330E1E1-994A-41BD-867F-245532090A8C}"/>
    <w:embedItalic r:id="rId13" w:fontKey="{A680613B-D034-47B1-8066-30BEE551629C}"/>
    <w:embedBoldItalic r:id="rId14" w:fontKey="{E2FC42A2-0223-41A7-8130-D68C4CFDB2FE}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  <w:embedRegular r:id="rId15" w:fontKey="{D714850A-2D5B-4771-9DBF-E31B1EEDC6CD}"/>
    <w:embedBold r:id="rId16" w:fontKey="{4FEA6BB1-8D50-47BC-B4DD-D51B43A2903A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864064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FC461D8" w14:textId="41EEA230" w:rsidR="00217F2D" w:rsidRDefault="00217F2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866E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866E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66A6639" w14:textId="77777777" w:rsidR="00217F2D" w:rsidRDefault="00217F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8A140" w14:textId="77777777" w:rsidR="00075759" w:rsidRDefault="00075759" w:rsidP="00217F2D">
      <w:pPr>
        <w:spacing w:after="0" w:line="240" w:lineRule="auto"/>
      </w:pPr>
      <w:r>
        <w:separator/>
      </w:r>
    </w:p>
  </w:footnote>
  <w:footnote w:type="continuationSeparator" w:id="0">
    <w:p w14:paraId="01E6F627" w14:textId="77777777" w:rsidR="00075759" w:rsidRDefault="00075759" w:rsidP="00217F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717B1"/>
    <w:multiLevelType w:val="hybridMultilevel"/>
    <w:tmpl w:val="40428BAE"/>
    <w:lvl w:ilvl="0" w:tplc="B868E90E">
      <w:start w:val="1"/>
      <w:numFmt w:val="decimal"/>
      <w:lvlText w:val="%1."/>
      <w:lvlJc w:val="left"/>
      <w:pPr>
        <w:ind w:left="144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DF113D"/>
    <w:multiLevelType w:val="hybridMultilevel"/>
    <w:tmpl w:val="1CE4BDD6"/>
    <w:lvl w:ilvl="0" w:tplc="B868E90E">
      <w:start w:val="1"/>
      <w:numFmt w:val="decimal"/>
      <w:lvlText w:val="%1."/>
      <w:lvlJc w:val="left"/>
      <w:pPr>
        <w:ind w:left="144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4C50D6"/>
    <w:multiLevelType w:val="hybridMultilevel"/>
    <w:tmpl w:val="DB1EA52A"/>
    <w:lvl w:ilvl="0" w:tplc="B868E90E">
      <w:start w:val="1"/>
      <w:numFmt w:val="decimal"/>
      <w:lvlText w:val="%1."/>
      <w:lvlJc w:val="left"/>
      <w:pPr>
        <w:ind w:left="144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823F00"/>
    <w:multiLevelType w:val="multilevel"/>
    <w:tmpl w:val="65CEF3F6"/>
    <w:lvl w:ilvl="0">
      <w:start w:val="1"/>
      <w:numFmt w:val="decimal"/>
      <w:pStyle w:val="ListBullet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5DA3533"/>
    <w:multiLevelType w:val="hybridMultilevel"/>
    <w:tmpl w:val="EE5A7A8C"/>
    <w:lvl w:ilvl="0" w:tplc="B868E90E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B09299F"/>
    <w:multiLevelType w:val="multilevel"/>
    <w:tmpl w:val="D4380FA4"/>
    <w:lvl w:ilvl="0">
      <w:start w:val="1"/>
      <w:numFmt w:val="decimal"/>
      <w:pStyle w:val="ListBullet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31039634">
    <w:abstractNumId w:val="5"/>
  </w:num>
  <w:num w:numId="2" w16cid:durableId="2085371901">
    <w:abstractNumId w:val="3"/>
  </w:num>
  <w:num w:numId="3" w16cid:durableId="844232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50196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634118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741458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9134064">
    <w:abstractNumId w:val="4"/>
  </w:num>
  <w:num w:numId="8" w16cid:durableId="590239527">
    <w:abstractNumId w:val="1"/>
  </w:num>
  <w:num w:numId="9" w16cid:durableId="1334071850">
    <w:abstractNumId w:val="0"/>
  </w:num>
  <w:num w:numId="10" w16cid:durableId="14434529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380"/>
    <w:rsid w:val="0001148F"/>
    <w:rsid w:val="00075759"/>
    <w:rsid w:val="000D290A"/>
    <w:rsid w:val="001F64D5"/>
    <w:rsid w:val="00217F2D"/>
    <w:rsid w:val="003164F8"/>
    <w:rsid w:val="005B3F68"/>
    <w:rsid w:val="00650B54"/>
    <w:rsid w:val="00675E9A"/>
    <w:rsid w:val="008E4B43"/>
    <w:rsid w:val="008F1B74"/>
    <w:rsid w:val="009853EA"/>
    <w:rsid w:val="009B3156"/>
    <w:rsid w:val="00AD6DE8"/>
    <w:rsid w:val="00AE1380"/>
    <w:rsid w:val="00B06795"/>
    <w:rsid w:val="00B85C0E"/>
    <w:rsid w:val="00BD6FAB"/>
    <w:rsid w:val="00C866EE"/>
    <w:rsid w:val="00D57A00"/>
    <w:rsid w:val="00EA6E1C"/>
    <w:rsid w:val="00FA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91333"/>
  <w15:docId w15:val="{4DEDA7A4-80A3-4721-97A1-73ED6F385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en-IN" w:bidi="sa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paragraph" w:customStyle="1" w:styleId="Default">
    <w:name w:val="Default"/>
    <w:rsid w:val="00B0679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IN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VXgGqx/g1jHkdaBccsMbAODYNQ==">CgMxLjA4AHIhMTVzQ2RXQy1OWHlOa2wzYzZXTC1EMXRIMmk1aHhVMzJF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sgou 64</cp:lastModifiedBy>
  <cp:revision>10</cp:revision>
  <dcterms:created xsi:type="dcterms:W3CDTF">2026-06-09T10:22:00Z</dcterms:created>
  <dcterms:modified xsi:type="dcterms:W3CDTF">2026-08-07T16:20:00Z</dcterms:modified>
</cp:coreProperties>
</file>