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4A8E7" w14:textId="5E5CC865" w:rsidR="00C57882" w:rsidRPr="00C81E6D" w:rsidRDefault="00C57882" w:rsidP="00C57882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r w:rsidRPr="00C81E6D">
        <w:rPr>
          <w:rFonts w:ascii="Calisto MT" w:hAnsi="Calisto MT"/>
          <w:b/>
          <w:bCs/>
          <w:sz w:val="36"/>
          <w:szCs w:val="36"/>
        </w:rPr>
        <w:t xml:space="preserve"> </w:t>
      </w:r>
      <w:r w:rsidRPr="00C81E6D">
        <w:rPr>
          <w:rFonts w:ascii="Calisto MT" w:hAnsi="Calisto MT"/>
          <w:b/>
          <w:bCs/>
          <w:sz w:val="24"/>
          <w:szCs w:val="24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0F606FA7" w14:textId="5B435AC5" w:rsidR="00C57882" w:rsidRPr="00C81E6D" w:rsidRDefault="00C57882" w:rsidP="00C57882">
      <w:pPr>
        <w:ind w:left="-709"/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r w:rsidR="0035482B">
        <w:rPr>
          <w:rFonts w:ascii="Calisto MT" w:hAnsi="Calisto MT"/>
          <w:b/>
          <w:bCs/>
          <w:sz w:val="36"/>
          <w:szCs w:val="36"/>
        </w:rPr>
        <w:t>P1046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</w:t>
      </w:r>
      <w:r w:rsidR="0035482B">
        <w:rPr>
          <w:rFonts w:ascii="Calisto MT" w:hAnsi="Calisto MT"/>
          <w:b/>
          <w:bCs/>
          <w:sz w:val="24"/>
          <w:szCs w:val="24"/>
        </w:rPr>
        <w:t xml:space="preserve">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01A802F5" w14:textId="554532FC" w:rsidR="00C57882" w:rsidRPr="00C81E6D" w:rsidRDefault="00C57882" w:rsidP="00C4285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 w:rsidR="00750901">
        <w:rPr>
          <w:rFonts w:ascii="Calisto MT" w:hAnsi="Calisto MT"/>
          <w:b/>
          <w:bCs/>
          <w:sz w:val="28"/>
          <w:szCs w:val="28"/>
        </w:rPr>
        <w:t>JULY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58627B4" w14:textId="77777777" w:rsidR="00C57882" w:rsidRPr="00C81E6D" w:rsidRDefault="00C57882" w:rsidP="00C4285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</w:t>
      </w:r>
      <w:r>
        <w:rPr>
          <w:rFonts w:ascii="Calisto MT" w:hAnsi="Calisto MT"/>
          <w:b/>
          <w:bCs/>
          <w:sz w:val="28"/>
          <w:szCs w:val="28"/>
        </w:rPr>
        <w:t>if</w:t>
      </w:r>
      <w:r w:rsidRPr="00C81E6D">
        <w:rPr>
          <w:rFonts w:ascii="Calisto MT" w:hAnsi="Calisto MT"/>
          <w:b/>
          <w:bCs/>
          <w:sz w:val="28"/>
          <w:szCs w:val="28"/>
        </w:rPr>
        <w:t>th Semester</w:t>
      </w:r>
    </w:p>
    <w:p w14:paraId="26ADEECC" w14:textId="77777777" w:rsidR="00C57882" w:rsidRPr="00C81E6D" w:rsidRDefault="00C57882" w:rsidP="00C4285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B.</w:t>
      </w:r>
      <w:proofErr w:type="gramStart"/>
      <w:r w:rsidRPr="00C81E6D">
        <w:rPr>
          <w:rFonts w:ascii="Calisto MT" w:hAnsi="Calisto MT"/>
          <w:b/>
          <w:bCs/>
          <w:sz w:val="28"/>
          <w:szCs w:val="28"/>
        </w:rPr>
        <w:t>A</w:t>
      </w:r>
      <w:proofErr w:type="gramEnd"/>
      <w:r w:rsidRPr="00C81E6D">
        <w:rPr>
          <w:rFonts w:ascii="Calisto MT" w:hAnsi="Calisto MT"/>
          <w:b/>
          <w:bCs/>
          <w:sz w:val="28"/>
          <w:szCs w:val="28"/>
        </w:rPr>
        <w:t xml:space="preserve"> Economics</w:t>
      </w:r>
    </w:p>
    <w:p w14:paraId="79AED53F" w14:textId="77777777" w:rsidR="00C57882" w:rsidRPr="00C81E6D" w:rsidRDefault="00C57882" w:rsidP="00C4285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eastAsia="Lustria" w:hAnsi="Calisto MT" w:cs="Lustria"/>
          <w:b/>
          <w:sz w:val="28"/>
          <w:szCs w:val="28"/>
        </w:rPr>
        <w:t>B21EC0</w:t>
      </w:r>
      <w:r>
        <w:rPr>
          <w:rFonts w:ascii="Calisto MT" w:eastAsia="Lustria" w:hAnsi="Calisto MT" w:cs="Lustria"/>
          <w:b/>
          <w:sz w:val="28"/>
          <w:szCs w:val="28"/>
        </w:rPr>
        <w:t>4</w:t>
      </w:r>
      <w:r w:rsidRPr="00C81E6D">
        <w:rPr>
          <w:rFonts w:ascii="Calisto MT" w:eastAsia="Lustria" w:hAnsi="Calisto MT" w:cs="Lustria"/>
          <w:b/>
          <w:sz w:val="28"/>
          <w:szCs w:val="28"/>
        </w:rPr>
        <w:t>D</w:t>
      </w:r>
      <w:r>
        <w:rPr>
          <w:rFonts w:ascii="Calisto MT" w:eastAsia="Lustria" w:hAnsi="Calisto MT" w:cs="Lustria"/>
          <w:b/>
          <w:sz w:val="28"/>
          <w:szCs w:val="28"/>
        </w:rPr>
        <w:t>E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>Development Economics</w:t>
      </w:r>
    </w:p>
    <w:p w14:paraId="4337BEDF" w14:textId="21DE8291" w:rsidR="00C57882" w:rsidRDefault="00750901" w:rsidP="00C4285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="00C57882" w:rsidRPr="00C81E6D">
        <w:rPr>
          <w:rFonts w:ascii="Calisto MT" w:hAnsi="Calisto MT"/>
          <w:b/>
          <w:bCs/>
          <w:sz w:val="28"/>
          <w:szCs w:val="28"/>
        </w:rPr>
        <w:t xml:space="preserve">(2023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="00C57882"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 w:rsidR="00C57882">
        <w:rPr>
          <w:rFonts w:ascii="Calisto MT" w:hAnsi="Calisto MT"/>
          <w:b/>
          <w:bCs/>
          <w:sz w:val="28"/>
          <w:szCs w:val="28"/>
        </w:rPr>
        <w:t>A</w:t>
      </w:r>
      <w:r w:rsidR="00C57882"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4CA23F50" w14:textId="77777777" w:rsidR="00C57882" w:rsidRPr="00C81E6D" w:rsidRDefault="00C57882" w:rsidP="00C4285C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763B2CA" w14:textId="6FECC273" w:rsidR="00C57882" w:rsidRPr="009733D2" w:rsidRDefault="00C57882" w:rsidP="00C57882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24"/>
          <w:szCs w:val="24"/>
        </w:rPr>
        <w:t>Time: 3 Hours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</w:t>
      </w:r>
      <w:r w:rsidR="00750901">
        <w:rPr>
          <w:rFonts w:ascii="Calisto MT" w:hAnsi="Calisto MT"/>
          <w:b/>
          <w:bCs/>
          <w:sz w:val="24"/>
          <w:szCs w:val="24"/>
        </w:rPr>
        <w:t xml:space="preserve"> 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C81E6D">
        <w:rPr>
          <w:rFonts w:ascii="Calisto MT" w:hAnsi="Calisto MT"/>
          <w:b/>
          <w:bCs/>
          <w:sz w:val="24"/>
          <w:szCs w:val="24"/>
        </w:rPr>
        <w:t>Max Marks: 70</w:t>
      </w:r>
    </w:p>
    <w:p w14:paraId="16CE90E1" w14:textId="77777777" w:rsidR="00C57882" w:rsidRPr="00C81E6D" w:rsidRDefault="00C57882" w:rsidP="00C57882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Section A</w:t>
      </w:r>
    </w:p>
    <w:p w14:paraId="3D4F79AB" w14:textId="3020AAFB" w:rsidR="00A40EFF" w:rsidRDefault="00C57882" w:rsidP="00C57882">
      <w:pPr>
        <w:spacing w:after="0"/>
        <w:jc w:val="both"/>
        <w:rPr>
          <w:rFonts w:ascii="Calisto MT" w:hAnsi="Calisto MT" w:cs="Times New Roman"/>
          <w:bCs/>
          <w:sz w:val="24"/>
          <w:szCs w:val="24"/>
        </w:rPr>
      </w:pPr>
      <w:r w:rsidRPr="007037E9">
        <w:rPr>
          <w:rFonts w:ascii="Calisto MT" w:hAnsi="Calisto MT" w:cs="Times New Roman"/>
          <w:b/>
          <w:bCs/>
          <w:sz w:val="24"/>
          <w:szCs w:val="24"/>
        </w:rPr>
        <w:t xml:space="preserve">Answer </w:t>
      </w:r>
      <w:proofErr w:type="gramStart"/>
      <w:r w:rsidRPr="007037E9">
        <w:rPr>
          <w:rFonts w:ascii="Calisto MT" w:hAnsi="Calisto MT" w:cs="Times New Roman"/>
          <w:b/>
          <w:bCs/>
          <w:sz w:val="24"/>
          <w:szCs w:val="24"/>
        </w:rPr>
        <w:t>any ten</w:t>
      </w:r>
      <w:proofErr w:type="gramEnd"/>
      <w:r w:rsidRPr="007037E9">
        <w:rPr>
          <w:rFonts w:ascii="Calisto MT" w:hAnsi="Calisto MT" w:cs="Times New Roman"/>
          <w:b/>
          <w:bCs/>
          <w:sz w:val="24"/>
          <w:szCs w:val="24"/>
        </w:rPr>
        <w:t xml:space="preserve"> of the following questions in a word or sentence each. Each question carries 1 mark</w:t>
      </w:r>
      <w:r w:rsidRPr="007037E9">
        <w:rPr>
          <w:rFonts w:ascii="Calisto MT" w:hAnsi="Calisto MT" w:cs="Times New Roman"/>
          <w:bCs/>
          <w:sz w:val="24"/>
          <w:szCs w:val="24"/>
        </w:rPr>
        <w:t>.</w:t>
      </w:r>
    </w:p>
    <w:p w14:paraId="34E7275D" w14:textId="77777777" w:rsidR="00C57882" w:rsidRPr="00C57882" w:rsidRDefault="00C57882" w:rsidP="00C57882">
      <w:pPr>
        <w:spacing w:after="0"/>
        <w:jc w:val="both"/>
        <w:rPr>
          <w:rFonts w:ascii="Calisto MT" w:hAnsi="Calisto MT" w:cs="Times New Roman"/>
          <w:bCs/>
          <w:sz w:val="24"/>
          <w:szCs w:val="24"/>
        </w:rPr>
      </w:pPr>
    </w:p>
    <w:p w14:paraId="2CFB6A9E" w14:textId="55946C7C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What is meant by per capita income?</w:t>
      </w:r>
    </w:p>
    <w:p w14:paraId="4435EC8A" w14:textId="3E452AD7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Define structural transformation of economy.</w:t>
      </w:r>
    </w:p>
    <w:p w14:paraId="63C04C5D" w14:textId="66166B3E" w:rsidR="00A40EFF" w:rsidRPr="00C57882" w:rsidRDefault="00B37F27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>
        <w:rPr>
          <w:rFonts w:ascii="Calisto MT" w:hAnsi="Calisto MT"/>
          <w:color w:val="000000" w:themeColor="text1"/>
          <w:sz w:val="24"/>
          <w:szCs w:val="24"/>
        </w:rPr>
        <w:t>Expand HPI.</w:t>
      </w:r>
    </w:p>
    <w:p w14:paraId="633E6AA4" w14:textId="34E28067" w:rsidR="00A40EFF" w:rsidRPr="00C57882" w:rsidRDefault="00472F36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Name any two indicators of PQLI</w:t>
      </w:r>
      <w:r w:rsidR="00DF04E8" w:rsidRPr="00C57882">
        <w:rPr>
          <w:rFonts w:ascii="Calisto MT" w:hAnsi="Calisto MT"/>
          <w:color w:val="000000" w:themeColor="text1"/>
          <w:sz w:val="24"/>
          <w:szCs w:val="24"/>
        </w:rPr>
        <w:t>.</w:t>
      </w:r>
    </w:p>
    <w:p w14:paraId="6C8E1421" w14:textId="4C13F722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What is relative poverty?</w:t>
      </w:r>
    </w:p>
    <w:p w14:paraId="21A72E2D" w14:textId="37FBF759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What are the main characteristics of developing economies?</w:t>
      </w:r>
    </w:p>
    <w:p w14:paraId="25A33550" w14:textId="4B73B524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Name any one neo-classical economist who wrote on growth.</w:t>
      </w:r>
    </w:p>
    <w:p w14:paraId="0141040D" w14:textId="4398A2B3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What is fertility rate?</w:t>
      </w:r>
    </w:p>
    <w:p w14:paraId="36450CDD" w14:textId="41876BE7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What is meant by environmental degradation?</w:t>
      </w:r>
    </w:p>
    <w:p w14:paraId="120B3F39" w14:textId="3D61E228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What is market failure?</w:t>
      </w:r>
    </w:p>
    <w:p w14:paraId="548530D8" w14:textId="298A153F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What does the Lorenz curve represent?</w:t>
      </w:r>
    </w:p>
    <w:p w14:paraId="14AF9EB8" w14:textId="699479F1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What is technological dualism?</w:t>
      </w:r>
    </w:p>
    <w:p w14:paraId="3068C0ED" w14:textId="208EF342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Name any two Sustainable Development Goals.</w:t>
      </w:r>
    </w:p>
    <w:p w14:paraId="3DBE13E6" w14:textId="78B7246A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What is meant by tragedy of the commons?</w:t>
      </w:r>
    </w:p>
    <w:p w14:paraId="400E2330" w14:textId="23E36E5A" w:rsidR="00A40EFF" w:rsidRPr="00C57882" w:rsidRDefault="00DF04E8" w:rsidP="00C57882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C57882">
        <w:rPr>
          <w:rFonts w:ascii="Calisto MT" w:hAnsi="Calisto MT"/>
          <w:color w:val="000000" w:themeColor="text1"/>
          <w:sz w:val="24"/>
          <w:szCs w:val="24"/>
        </w:rPr>
        <w:t>Define multidimensional poverty.</w:t>
      </w:r>
    </w:p>
    <w:p w14:paraId="3487FFB7" w14:textId="0930718E" w:rsidR="00750901" w:rsidRPr="0025480C" w:rsidRDefault="00750901" w:rsidP="00750901">
      <w:pPr>
        <w:tabs>
          <w:tab w:val="left" w:pos="4590"/>
        </w:tabs>
        <w:rPr>
          <w:rFonts w:ascii="Calisto MT" w:hAnsi="Calisto MT"/>
          <w:b/>
          <w:bCs/>
          <w:sz w:val="28"/>
          <w:szCs w:val="28"/>
        </w:rPr>
      </w:pPr>
      <w:r>
        <w:rPr>
          <w:color w:val="000000" w:themeColor="text1"/>
        </w:rPr>
        <w:tab/>
        <w:t xml:space="preserve">                                                                                               </w:t>
      </w:r>
      <w:r w:rsidRPr="00497D89">
        <w:rPr>
          <w:rFonts w:ascii="Calisto MT" w:hAnsi="Calisto MT" w:cs="Times New Roman"/>
          <w:b/>
          <w:bCs/>
          <w:sz w:val="24"/>
          <w:szCs w:val="24"/>
        </w:rPr>
        <w:t>(1X10=10)</w:t>
      </w:r>
      <w:r w:rsidR="00DF04E8" w:rsidRPr="00713563">
        <w:rPr>
          <w:color w:val="000000" w:themeColor="text1"/>
        </w:rPr>
        <w:br/>
      </w: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           </w:t>
      </w:r>
      <w:r w:rsidRPr="0025480C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750901" w:rsidRPr="00585C6D" w14:paraId="59654941" w14:textId="77777777" w:rsidTr="006D584C">
        <w:trPr>
          <w:trHeight w:val="180"/>
        </w:trPr>
        <w:tc>
          <w:tcPr>
            <w:tcW w:w="10593" w:type="dxa"/>
          </w:tcPr>
          <w:p w14:paraId="3BFE6DBC" w14:textId="77777777" w:rsidR="00750901" w:rsidRDefault="00750901" w:rsidP="006D584C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6069E439" w14:textId="77777777" w:rsidR="00750901" w:rsidRPr="00585C6D" w:rsidRDefault="00750901" w:rsidP="006D584C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7F8A679" w14:textId="7C06AA0C" w:rsidR="00A40EFF" w:rsidRPr="00750901" w:rsidRDefault="00472F36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Distinguish</w:t>
      </w:r>
      <w:r w:rsidR="00DF04E8" w:rsidRPr="00750901">
        <w:rPr>
          <w:rFonts w:ascii="Calisto MT" w:hAnsi="Calisto MT"/>
          <w:color w:val="000000" w:themeColor="text1"/>
          <w:sz w:val="24"/>
          <w:szCs w:val="24"/>
        </w:rPr>
        <w:t xml:space="preserve"> between growth and development.</w:t>
      </w:r>
    </w:p>
    <w:p w14:paraId="691733C4" w14:textId="42D45C34" w:rsidR="00A40EFF" w:rsidRPr="00750901" w:rsidRDefault="009202A6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What is meant by the ‘warranted growth rate’ in Harrod’s model</w:t>
      </w:r>
      <w:r w:rsidR="00DF04E8" w:rsidRPr="00750901">
        <w:rPr>
          <w:rFonts w:ascii="Calisto MT" w:hAnsi="Calisto MT"/>
          <w:color w:val="000000" w:themeColor="text1"/>
          <w:sz w:val="24"/>
          <w:szCs w:val="24"/>
        </w:rPr>
        <w:t>.</w:t>
      </w:r>
    </w:p>
    <w:p w14:paraId="3A29CECE" w14:textId="15FB1B13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What are the main components of the Human Development Index (HDI)?</w:t>
      </w:r>
    </w:p>
    <w:p w14:paraId="70EF7E30" w14:textId="6BFBC6DA" w:rsidR="00A40EFF" w:rsidRPr="00750901" w:rsidRDefault="00472F36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Explain</w:t>
      </w:r>
      <w:r w:rsidR="00DF04E8" w:rsidRPr="00750901">
        <w:rPr>
          <w:rFonts w:ascii="Calisto MT" w:hAnsi="Calisto MT"/>
          <w:color w:val="000000" w:themeColor="text1"/>
          <w:sz w:val="24"/>
          <w:szCs w:val="24"/>
        </w:rPr>
        <w:t xml:space="preserve"> poverty line.</w:t>
      </w:r>
    </w:p>
    <w:p w14:paraId="2EC8F0F9" w14:textId="34D06C9F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lastRenderedPageBreak/>
        <w:t>List any four characteristics of underdeveloped economies.</w:t>
      </w:r>
    </w:p>
    <w:p w14:paraId="6DD14BE8" w14:textId="6AE91356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What is meant by the development gap between nations? Give one example.</w:t>
      </w:r>
    </w:p>
    <w:p w14:paraId="115A001D" w14:textId="36F0317A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Briefly explain the Solow growth model.</w:t>
      </w:r>
    </w:p>
    <w:p w14:paraId="44C323B0" w14:textId="3E4327BB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Write a note on the capability approach to development.</w:t>
      </w:r>
    </w:p>
    <w:p w14:paraId="0D3CF7E6" w14:textId="6557CDFB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What is meant by the demographic dividen</w:t>
      </w:r>
      <w:r w:rsidR="00472F36" w:rsidRPr="00750901">
        <w:rPr>
          <w:rFonts w:ascii="Calisto MT" w:hAnsi="Calisto MT"/>
          <w:color w:val="000000" w:themeColor="text1"/>
          <w:sz w:val="24"/>
          <w:szCs w:val="24"/>
        </w:rPr>
        <w:t>d?</w:t>
      </w:r>
    </w:p>
    <w:p w14:paraId="76FEE7AD" w14:textId="4973F216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Explain sustainable development and mention any two of its pillars.</w:t>
      </w:r>
    </w:p>
    <w:p w14:paraId="2C0ACFBC" w14:textId="797E5AA1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Define externality and provide one environmental example.</w:t>
      </w:r>
    </w:p>
    <w:p w14:paraId="35D02AC0" w14:textId="441D4B5C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What is meant by public goods? Give any one example.</w:t>
      </w:r>
    </w:p>
    <w:p w14:paraId="0E04DE38" w14:textId="23C8223C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Briefly explain the concept of low-level equilibrium trap.</w:t>
      </w:r>
    </w:p>
    <w:p w14:paraId="6BCDD558" w14:textId="4829859C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What is meant by optimum population theory?</w:t>
      </w:r>
    </w:p>
    <w:p w14:paraId="527E8A5A" w14:textId="4EFAE445" w:rsidR="00A40EFF" w:rsidRPr="00750901" w:rsidRDefault="00DF04E8" w:rsidP="00750901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750901">
        <w:rPr>
          <w:rFonts w:ascii="Calisto MT" w:hAnsi="Calisto MT"/>
          <w:color w:val="000000" w:themeColor="text1"/>
          <w:sz w:val="24"/>
          <w:szCs w:val="24"/>
        </w:rPr>
        <w:t>Distinguish between renewable and non-renewable environmental resources.</w:t>
      </w:r>
    </w:p>
    <w:p w14:paraId="5C4AA40C" w14:textId="46A855D6" w:rsidR="0035482B" w:rsidRPr="00497D89" w:rsidRDefault="0035482B" w:rsidP="0035482B">
      <w:pPr>
        <w:ind w:left="7200"/>
        <w:rPr>
          <w:rFonts w:ascii="Calisto MT" w:hAnsi="Calisto MT"/>
          <w:color w:val="000000" w:themeColor="text1"/>
          <w:sz w:val="24"/>
          <w:szCs w:val="24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</w:t>
      </w:r>
      <w:r w:rsidRPr="00497D89">
        <w:rPr>
          <w:rFonts w:ascii="Calisto MT" w:hAnsi="Calisto MT" w:cs="Times New Roman"/>
          <w:b/>
          <w:bCs/>
          <w:sz w:val="24"/>
          <w:szCs w:val="24"/>
        </w:rPr>
        <w:t>(2X10=20)</w:t>
      </w:r>
    </w:p>
    <w:p w14:paraId="23731241" w14:textId="77777777" w:rsidR="0035482B" w:rsidRPr="00585C6D" w:rsidRDefault="0035482B" w:rsidP="0035482B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35482B" w:rsidRPr="00585C6D" w14:paraId="7F8F084A" w14:textId="77777777" w:rsidTr="006D584C">
        <w:trPr>
          <w:trHeight w:val="457"/>
        </w:trPr>
        <w:tc>
          <w:tcPr>
            <w:tcW w:w="10321" w:type="dxa"/>
          </w:tcPr>
          <w:p w14:paraId="10900150" w14:textId="77777777" w:rsidR="0035482B" w:rsidRPr="00585C6D" w:rsidRDefault="0035482B" w:rsidP="006D584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6664F90A" w14:textId="052AF493" w:rsidR="00A40EFF" w:rsidRPr="0035482B" w:rsidRDefault="009202A6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>Explain</w:t>
      </w:r>
      <w:r w:rsidR="00472F36" w:rsidRPr="0035482B">
        <w:rPr>
          <w:rFonts w:ascii="Calisto MT" w:hAnsi="Calisto MT"/>
          <w:color w:val="000000" w:themeColor="text1"/>
          <w:sz w:val="24"/>
          <w:szCs w:val="24"/>
        </w:rPr>
        <w:t xml:space="preserve"> the Classical growth theory of Adam Smith.</w:t>
      </w:r>
    </w:p>
    <w:p w14:paraId="4AB2E241" w14:textId="661596C9" w:rsidR="00A40EFF" w:rsidRPr="0035482B" w:rsidRDefault="00DF04E8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>Explain the various measures of development such as HDI, HPI, and GDI. What are their main limitations?</w:t>
      </w:r>
    </w:p>
    <w:p w14:paraId="4B9EA77D" w14:textId="2FC055CB" w:rsidR="00A40EFF" w:rsidRPr="0035482B" w:rsidRDefault="00DF04E8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>Discuss the key features and causes of underdevelopment in low-income countries with special reference to India.</w:t>
      </w:r>
    </w:p>
    <w:p w14:paraId="208C3204" w14:textId="1DDA7CA8" w:rsidR="00A40EFF" w:rsidRPr="0035482B" w:rsidRDefault="00DF04E8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>Explain the different quantitative measures used to assess poverty and inequality in developing economies.</w:t>
      </w:r>
    </w:p>
    <w:p w14:paraId="3D67817F" w14:textId="27C4B835" w:rsidR="00A40EFF" w:rsidRPr="0035482B" w:rsidRDefault="00DF04E8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 xml:space="preserve">Discuss Rostow's </w:t>
      </w:r>
      <w:r w:rsidR="00472F36" w:rsidRPr="0035482B">
        <w:rPr>
          <w:rFonts w:ascii="Calisto MT" w:hAnsi="Calisto MT"/>
          <w:color w:val="000000" w:themeColor="text1"/>
          <w:sz w:val="24"/>
          <w:szCs w:val="24"/>
        </w:rPr>
        <w:t>stages of growth model</w:t>
      </w:r>
      <w:r w:rsidRPr="0035482B">
        <w:rPr>
          <w:rFonts w:ascii="Calisto MT" w:hAnsi="Calisto MT"/>
          <w:color w:val="000000" w:themeColor="text1"/>
          <w:sz w:val="24"/>
          <w:szCs w:val="24"/>
        </w:rPr>
        <w:t>.</w:t>
      </w:r>
    </w:p>
    <w:p w14:paraId="46DFA7E6" w14:textId="07FB3B5E" w:rsidR="00A40EFF" w:rsidRPr="0035482B" w:rsidRDefault="00DF04E8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proofErr w:type="spellStart"/>
      <w:r w:rsidRPr="0035482B">
        <w:rPr>
          <w:rFonts w:ascii="Calisto MT" w:hAnsi="Calisto MT"/>
          <w:color w:val="000000" w:themeColor="text1"/>
          <w:sz w:val="24"/>
          <w:szCs w:val="24"/>
        </w:rPr>
        <w:t>Analyse</w:t>
      </w:r>
      <w:proofErr w:type="spellEnd"/>
      <w:r w:rsidRPr="0035482B">
        <w:rPr>
          <w:rFonts w:ascii="Calisto MT" w:hAnsi="Calisto MT"/>
          <w:color w:val="000000" w:themeColor="text1"/>
          <w:sz w:val="24"/>
          <w:szCs w:val="24"/>
        </w:rPr>
        <w:t xml:space="preserve"> the relationship between population dynamics and economic development in the context of India.</w:t>
      </w:r>
    </w:p>
    <w:p w14:paraId="0D38F654" w14:textId="23EE6E7A" w:rsidR="00A40EFF" w:rsidRPr="0035482B" w:rsidRDefault="0035482B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>
        <w:rPr>
          <w:rFonts w:ascii="Calisto MT" w:hAnsi="Calisto MT"/>
          <w:color w:val="000000" w:themeColor="text1"/>
          <w:sz w:val="24"/>
          <w:szCs w:val="24"/>
        </w:rPr>
        <w:t>Explain the scope and importance of environmental economics.</w:t>
      </w:r>
    </w:p>
    <w:p w14:paraId="5D4EAAD6" w14:textId="712CE3AF" w:rsidR="00A40EFF" w:rsidRPr="0035482B" w:rsidRDefault="00DF04E8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>Explain the concept of environ</w:t>
      </w:r>
      <w:r w:rsidR="00472F36" w:rsidRPr="0035482B">
        <w:rPr>
          <w:rFonts w:ascii="Calisto MT" w:hAnsi="Calisto MT"/>
          <w:color w:val="000000" w:themeColor="text1"/>
          <w:sz w:val="24"/>
          <w:szCs w:val="24"/>
        </w:rPr>
        <w:t>ment as a public good.</w:t>
      </w:r>
    </w:p>
    <w:p w14:paraId="2DFCC808" w14:textId="0FB1C8E1" w:rsidR="00A40EFF" w:rsidRPr="0035482B" w:rsidRDefault="00DF04E8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>Explain optimum population theory.</w:t>
      </w:r>
    </w:p>
    <w:p w14:paraId="5592B126" w14:textId="4967EAE4" w:rsidR="00A40EFF" w:rsidRPr="0035482B" w:rsidRDefault="00763F40" w:rsidP="0035482B">
      <w:pPr>
        <w:pStyle w:val="ListParagraph"/>
        <w:numPr>
          <w:ilvl w:val="0"/>
          <w:numId w:val="11"/>
        </w:numPr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 xml:space="preserve">Explain briefly why environmental pollution is considered a case of market failure. </w:t>
      </w:r>
    </w:p>
    <w:p w14:paraId="77A2DB43" w14:textId="228E87B4" w:rsidR="00A40EFF" w:rsidRPr="00713563" w:rsidRDefault="0035482B" w:rsidP="0035482B">
      <w:pPr>
        <w:ind w:left="7920" w:firstLine="720"/>
        <w:rPr>
          <w:color w:val="000000" w:themeColor="text1"/>
        </w:rPr>
      </w:pPr>
      <w:r>
        <w:rPr>
          <w:rFonts w:ascii="Calisto MT" w:hAnsi="Calisto MT" w:cs="Times New Roman"/>
          <w:b/>
          <w:bCs/>
          <w:sz w:val="24"/>
          <w:szCs w:val="24"/>
        </w:rPr>
        <w:t xml:space="preserve">           </w:t>
      </w:r>
      <w:r w:rsidRPr="00497D89">
        <w:rPr>
          <w:rFonts w:ascii="Calisto MT" w:hAnsi="Calisto MT" w:cs="Times New Roman"/>
          <w:b/>
          <w:bCs/>
          <w:sz w:val="24"/>
          <w:szCs w:val="24"/>
        </w:rPr>
        <w:t>(4X5=20)</w:t>
      </w:r>
    </w:p>
    <w:p w14:paraId="06DF8985" w14:textId="77777777" w:rsidR="0035482B" w:rsidRPr="00585C6D" w:rsidRDefault="0035482B" w:rsidP="0035482B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3"/>
      </w:tblGrid>
      <w:tr w:rsidR="0035482B" w:rsidRPr="00585C6D" w14:paraId="736AE1B7" w14:textId="77777777" w:rsidTr="006D584C">
        <w:trPr>
          <w:trHeight w:val="471"/>
        </w:trPr>
        <w:tc>
          <w:tcPr>
            <w:tcW w:w="10273" w:type="dxa"/>
          </w:tcPr>
          <w:p w14:paraId="48AB6C69" w14:textId="77777777" w:rsidR="0035482B" w:rsidRPr="00585C6D" w:rsidRDefault="0035482B" w:rsidP="006D584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250D35CB" w14:textId="38115656" w:rsidR="00A40EFF" w:rsidRDefault="00DF04E8" w:rsidP="0035482B">
      <w:pPr>
        <w:pStyle w:val="ListParagraph"/>
        <w:numPr>
          <w:ilvl w:val="0"/>
          <w:numId w:val="11"/>
        </w:numPr>
        <w:jc w:val="both"/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 xml:space="preserve">Critically examine Amartya Sen's capability approach to development. How does it provide a better understanding of development compared to income-based measures? </w:t>
      </w:r>
    </w:p>
    <w:p w14:paraId="4242B973" w14:textId="77777777" w:rsidR="00BE1831" w:rsidRDefault="00BE1831" w:rsidP="00BE1831">
      <w:pPr>
        <w:pStyle w:val="ListParagraph"/>
        <w:jc w:val="both"/>
        <w:rPr>
          <w:rFonts w:ascii="Calisto MT" w:hAnsi="Calisto MT"/>
          <w:color w:val="000000" w:themeColor="text1"/>
          <w:sz w:val="24"/>
          <w:szCs w:val="24"/>
        </w:rPr>
      </w:pPr>
    </w:p>
    <w:p w14:paraId="6F5211B9" w14:textId="77777777" w:rsidR="00C4285C" w:rsidRPr="00C4285C" w:rsidRDefault="00C4285C" w:rsidP="00C4285C">
      <w:pPr>
        <w:jc w:val="both"/>
        <w:rPr>
          <w:rFonts w:ascii="Calisto MT" w:hAnsi="Calisto MT"/>
          <w:color w:val="000000" w:themeColor="text1"/>
          <w:sz w:val="24"/>
          <w:szCs w:val="24"/>
        </w:rPr>
      </w:pPr>
    </w:p>
    <w:p w14:paraId="6FC40040" w14:textId="77777777" w:rsidR="00C4285C" w:rsidRPr="00C4285C" w:rsidRDefault="00C4285C" w:rsidP="00C4285C">
      <w:pPr>
        <w:jc w:val="both"/>
        <w:rPr>
          <w:rFonts w:ascii="Calisto MT" w:hAnsi="Calisto MT"/>
          <w:color w:val="000000" w:themeColor="text1"/>
          <w:sz w:val="24"/>
          <w:szCs w:val="24"/>
        </w:rPr>
      </w:pPr>
    </w:p>
    <w:p w14:paraId="06D56C37" w14:textId="5C1DC5C4" w:rsidR="00A40EFF" w:rsidRPr="0035482B" w:rsidRDefault="00DF04E8" w:rsidP="0035482B">
      <w:pPr>
        <w:pStyle w:val="ListParagraph"/>
        <w:numPr>
          <w:ilvl w:val="0"/>
          <w:numId w:val="11"/>
        </w:numPr>
        <w:jc w:val="both"/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 xml:space="preserve">Explain the Harrod-Domar </w:t>
      </w:r>
      <w:r w:rsidR="00A83CB3" w:rsidRPr="0035482B">
        <w:rPr>
          <w:rFonts w:ascii="Calisto MT" w:hAnsi="Calisto MT"/>
          <w:color w:val="000000" w:themeColor="text1"/>
          <w:sz w:val="24"/>
          <w:szCs w:val="24"/>
        </w:rPr>
        <w:t xml:space="preserve">growth Model </w:t>
      </w:r>
      <w:r w:rsidRPr="0035482B">
        <w:rPr>
          <w:rFonts w:ascii="Calisto MT" w:hAnsi="Calisto MT"/>
          <w:color w:val="000000" w:themeColor="text1"/>
          <w:sz w:val="24"/>
          <w:szCs w:val="24"/>
        </w:rPr>
        <w:t>and policy implications for developing countries.</w:t>
      </w:r>
    </w:p>
    <w:p w14:paraId="44A527B0" w14:textId="4451BE3E" w:rsidR="00A40EFF" w:rsidRPr="0035482B" w:rsidRDefault="00A83CB3" w:rsidP="0035482B">
      <w:pPr>
        <w:pStyle w:val="ListParagraph"/>
        <w:numPr>
          <w:ilvl w:val="0"/>
          <w:numId w:val="11"/>
        </w:numPr>
        <w:jc w:val="both"/>
        <w:rPr>
          <w:rFonts w:ascii="Calisto MT" w:hAnsi="Calisto MT"/>
          <w:color w:val="000000" w:themeColor="text1"/>
          <w:sz w:val="24"/>
          <w:szCs w:val="24"/>
        </w:rPr>
      </w:pPr>
      <w:r w:rsidRPr="0035482B">
        <w:rPr>
          <w:rFonts w:ascii="Calisto MT" w:hAnsi="Calisto MT"/>
          <w:color w:val="000000" w:themeColor="text1"/>
          <w:sz w:val="24"/>
          <w:szCs w:val="24"/>
        </w:rPr>
        <w:t>Explain theory</w:t>
      </w:r>
      <w:r w:rsidR="00DF04E8" w:rsidRPr="0035482B">
        <w:rPr>
          <w:rFonts w:ascii="Calisto MT" w:hAnsi="Calisto MT"/>
          <w:color w:val="000000" w:themeColor="text1"/>
          <w:sz w:val="24"/>
          <w:szCs w:val="24"/>
        </w:rPr>
        <w:t xml:space="preserve"> of demographic transition. Evaluate </w:t>
      </w:r>
      <w:r w:rsidRPr="0035482B">
        <w:rPr>
          <w:rFonts w:ascii="Calisto MT" w:hAnsi="Calisto MT"/>
          <w:color w:val="000000" w:themeColor="text1"/>
          <w:sz w:val="24"/>
          <w:szCs w:val="24"/>
        </w:rPr>
        <w:t>its</w:t>
      </w:r>
      <w:r w:rsidR="00DF04E8" w:rsidRPr="0035482B">
        <w:rPr>
          <w:rFonts w:ascii="Calisto MT" w:hAnsi="Calisto MT"/>
          <w:color w:val="000000" w:themeColor="text1"/>
          <w:sz w:val="24"/>
          <w:szCs w:val="24"/>
        </w:rPr>
        <w:t xml:space="preserve"> applicability to the Indian demographic context</w:t>
      </w:r>
      <w:r w:rsidR="0092557F" w:rsidRPr="0035482B">
        <w:rPr>
          <w:rFonts w:ascii="Calisto MT" w:hAnsi="Calisto MT"/>
          <w:color w:val="000000" w:themeColor="text1"/>
          <w:sz w:val="24"/>
          <w:szCs w:val="24"/>
        </w:rPr>
        <w:t>.</w:t>
      </w:r>
    </w:p>
    <w:p w14:paraId="0EF05D23" w14:textId="1055BD74" w:rsidR="00A40EFF" w:rsidRPr="0035482B" w:rsidRDefault="00DF04E8" w:rsidP="0035482B">
      <w:pPr>
        <w:pStyle w:val="ListParagraph"/>
        <w:numPr>
          <w:ilvl w:val="0"/>
          <w:numId w:val="11"/>
        </w:numPr>
        <w:jc w:val="both"/>
        <w:rPr>
          <w:rFonts w:ascii="Calisto MT" w:hAnsi="Calisto MT"/>
          <w:color w:val="000000" w:themeColor="text1"/>
          <w:sz w:val="24"/>
          <w:szCs w:val="24"/>
        </w:rPr>
      </w:pPr>
      <w:proofErr w:type="spellStart"/>
      <w:r w:rsidRPr="0035482B">
        <w:rPr>
          <w:rFonts w:ascii="Calisto MT" w:hAnsi="Calisto MT"/>
          <w:color w:val="000000" w:themeColor="text1"/>
          <w:sz w:val="24"/>
          <w:szCs w:val="24"/>
        </w:rPr>
        <w:t>Analyse</w:t>
      </w:r>
      <w:proofErr w:type="spellEnd"/>
      <w:r w:rsidRPr="0035482B">
        <w:rPr>
          <w:rFonts w:ascii="Calisto MT" w:hAnsi="Calisto MT"/>
          <w:color w:val="000000" w:themeColor="text1"/>
          <w:sz w:val="24"/>
          <w:szCs w:val="24"/>
        </w:rPr>
        <w:t xml:space="preserve"> the relationship between economic development and environmental sustainability. Discuss the major environmental problems in developing countries</w:t>
      </w:r>
      <w:r w:rsidR="0092557F" w:rsidRPr="0035482B">
        <w:rPr>
          <w:rFonts w:ascii="Calisto MT" w:hAnsi="Calisto MT"/>
          <w:color w:val="000000" w:themeColor="text1"/>
          <w:sz w:val="24"/>
          <w:szCs w:val="24"/>
        </w:rPr>
        <w:t>.</w:t>
      </w:r>
    </w:p>
    <w:sectPr w:rsidR="00A40EFF" w:rsidRPr="0035482B" w:rsidSect="00C4285C">
      <w:headerReference w:type="default" r:id="rId8"/>
      <w:pgSz w:w="12240" w:h="15840"/>
      <w:pgMar w:top="1135" w:right="900" w:bottom="1276" w:left="993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90C4F" w14:textId="77777777" w:rsidR="006B69C8" w:rsidRDefault="006B69C8" w:rsidP="00C4285C">
      <w:pPr>
        <w:spacing w:after="0" w:line="240" w:lineRule="auto"/>
      </w:pPr>
      <w:r>
        <w:separator/>
      </w:r>
    </w:p>
  </w:endnote>
  <w:endnote w:type="continuationSeparator" w:id="0">
    <w:p w14:paraId="38907324" w14:textId="77777777" w:rsidR="006B69C8" w:rsidRDefault="006B69C8" w:rsidP="00C42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27EF" w14:textId="77777777" w:rsidR="006B69C8" w:rsidRDefault="006B69C8" w:rsidP="00C4285C">
      <w:pPr>
        <w:spacing w:after="0" w:line="240" w:lineRule="auto"/>
      </w:pPr>
      <w:r>
        <w:separator/>
      </w:r>
    </w:p>
  </w:footnote>
  <w:footnote w:type="continuationSeparator" w:id="0">
    <w:p w14:paraId="755B4B10" w14:textId="77777777" w:rsidR="006B69C8" w:rsidRDefault="006B69C8" w:rsidP="00C42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3E3F9" w14:textId="688F9D3B" w:rsidR="00C4285C" w:rsidRPr="00C4285C" w:rsidRDefault="00C4285C" w:rsidP="00C4285C">
    <w:pPr>
      <w:spacing w:after="0"/>
      <w:jc w:val="both"/>
      <w:rPr>
        <w:rFonts w:ascii="Calisto MT" w:hAnsi="Calisto MT"/>
        <w:b/>
        <w:bCs/>
        <w:sz w:val="32"/>
        <w:szCs w:val="32"/>
      </w:rPr>
    </w:pPr>
    <w:r w:rsidRPr="00C4285C">
      <w:rPr>
        <w:rFonts w:ascii="Calisto MT" w:hAnsi="Calisto MT"/>
        <w:b/>
        <w:bCs/>
        <w:sz w:val="32"/>
        <w:szCs w:val="32"/>
      </w:rPr>
      <w:t xml:space="preserve">QP CODE                                               </w:t>
    </w:r>
  </w:p>
  <w:p w14:paraId="12B14DC6" w14:textId="710504A2" w:rsidR="00C4285C" w:rsidRPr="00C4285C" w:rsidRDefault="00C4285C" w:rsidP="00C4285C">
    <w:pPr>
      <w:pStyle w:val="Header"/>
      <w:rPr>
        <w:sz w:val="32"/>
        <w:szCs w:val="32"/>
      </w:rPr>
    </w:pPr>
    <w:r w:rsidRPr="00C4285C">
      <w:rPr>
        <w:rFonts w:ascii="Calisto MT" w:hAnsi="Calisto MT"/>
        <w:b/>
        <w:bCs/>
        <w:sz w:val="32"/>
        <w:szCs w:val="32"/>
      </w:rPr>
      <w:t xml:space="preserve">    P1046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EB68AD"/>
    <w:multiLevelType w:val="hybridMultilevel"/>
    <w:tmpl w:val="6BF4FFE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00817"/>
    <w:multiLevelType w:val="hybridMultilevel"/>
    <w:tmpl w:val="326472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D5AE4"/>
    <w:multiLevelType w:val="hybridMultilevel"/>
    <w:tmpl w:val="2902B7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33510"/>
    <w:multiLevelType w:val="hybridMultilevel"/>
    <w:tmpl w:val="D7F429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5D117E"/>
    <w:multiLevelType w:val="hybridMultilevel"/>
    <w:tmpl w:val="785A76E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EA781B"/>
    <w:multiLevelType w:val="hybridMultilevel"/>
    <w:tmpl w:val="DCEE43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021058">
    <w:abstractNumId w:val="8"/>
  </w:num>
  <w:num w:numId="2" w16cid:durableId="1083258219">
    <w:abstractNumId w:val="6"/>
  </w:num>
  <w:num w:numId="3" w16cid:durableId="388651570">
    <w:abstractNumId w:val="5"/>
  </w:num>
  <w:num w:numId="4" w16cid:durableId="1811164111">
    <w:abstractNumId w:val="4"/>
  </w:num>
  <w:num w:numId="5" w16cid:durableId="1010831730">
    <w:abstractNumId w:val="7"/>
  </w:num>
  <w:num w:numId="6" w16cid:durableId="1463157429">
    <w:abstractNumId w:val="3"/>
  </w:num>
  <w:num w:numId="7" w16cid:durableId="1541433674">
    <w:abstractNumId w:val="2"/>
  </w:num>
  <w:num w:numId="8" w16cid:durableId="1308777059">
    <w:abstractNumId w:val="1"/>
  </w:num>
  <w:num w:numId="9" w16cid:durableId="63141952">
    <w:abstractNumId w:val="0"/>
  </w:num>
  <w:num w:numId="10" w16cid:durableId="1505821231">
    <w:abstractNumId w:val="14"/>
  </w:num>
  <w:num w:numId="11" w16cid:durableId="1889148318">
    <w:abstractNumId w:val="9"/>
  </w:num>
  <w:num w:numId="12" w16cid:durableId="1433862977">
    <w:abstractNumId w:val="10"/>
  </w:num>
  <w:num w:numId="13" w16cid:durableId="1631858095">
    <w:abstractNumId w:val="12"/>
  </w:num>
  <w:num w:numId="14" w16cid:durableId="1292592963">
    <w:abstractNumId w:val="13"/>
  </w:num>
  <w:num w:numId="15" w16cid:durableId="20005774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D3C"/>
    <w:rsid w:val="0006063C"/>
    <w:rsid w:val="0015074B"/>
    <w:rsid w:val="0029639D"/>
    <w:rsid w:val="00315641"/>
    <w:rsid w:val="00326F90"/>
    <w:rsid w:val="0035482B"/>
    <w:rsid w:val="00472F36"/>
    <w:rsid w:val="006B69C8"/>
    <w:rsid w:val="00713563"/>
    <w:rsid w:val="00750901"/>
    <w:rsid w:val="00763F40"/>
    <w:rsid w:val="0088512A"/>
    <w:rsid w:val="009202A6"/>
    <w:rsid w:val="0092557F"/>
    <w:rsid w:val="00A40EFF"/>
    <w:rsid w:val="00A83CB3"/>
    <w:rsid w:val="00AA1D8D"/>
    <w:rsid w:val="00B37F27"/>
    <w:rsid w:val="00B47730"/>
    <w:rsid w:val="00B60D10"/>
    <w:rsid w:val="00BE1831"/>
    <w:rsid w:val="00C4285C"/>
    <w:rsid w:val="00C57882"/>
    <w:rsid w:val="00CB0664"/>
    <w:rsid w:val="00DF04E8"/>
    <w:rsid w:val="00FC693F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6CD687"/>
  <w14:defaultImageDpi w14:val="300"/>
  <w15:docId w15:val="{DC3D6EFC-DE24-8F45-9F0C-009085B7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75090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3372E0-8414-41E8-8B4C-8B15666D7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sgou 64</cp:lastModifiedBy>
  <cp:revision>4</cp:revision>
  <dcterms:created xsi:type="dcterms:W3CDTF">2026-06-30T08:56:00Z</dcterms:created>
  <dcterms:modified xsi:type="dcterms:W3CDTF">2026-07-11T03:45:00Z</dcterms:modified>
  <cp:category/>
</cp:coreProperties>
</file>