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E9770" w14:textId="77777777" w:rsidR="007A3691" w:rsidRPr="00862365" w:rsidRDefault="007A3691" w:rsidP="007A3691">
      <w:pPr>
        <w:spacing w:after="0"/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>QP CODE</w:t>
      </w:r>
      <w:r w:rsidRPr="00862365">
        <w:rPr>
          <w:rFonts w:ascii="Calisto MT" w:hAnsi="Calisto MT"/>
          <w:b/>
          <w:bCs/>
          <w:sz w:val="36"/>
          <w:szCs w:val="36"/>
        </w:rPr>
        <w:t xml:space="preserve">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                   </w:t>
      </w:r>
      <w:r w:rsidRPr="00862365">
        <w:rPr>
          <w:rFonts w:ascii="Calisto MT" w:hAnsi="Calisto MT"/>
          <w:b/>
          <w:bCs/>
          <w:sz w:val="24"/>
          <w:szCs w:val="24"/>
        </w:rPr>
        <w:t>Enrollment Number: ………………</w:t>
      </w:r>
    </w:p>
    <w:p w14:paraId="59C4A0AB" w14:textId="1FAE40D4" w:rsidR="007A3691" w:rsidRPr="00862365" w:rsidRDefault="007A3691" w:rsidP="007A3691">
      <w:pPr>
        <w:spacing w:after="0"/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 P1026</w:t>
      </w:r>
      <w:r w:rsidRPr="00862365">
        <w:rPr>
          <w:rFonts w:ascii="Calisto MT" w:hAnsi="Calisto MT"/>
          <w:b/>
          <w:bCs/>
          <w:sz w:val="36"/>
          <w:szCs w:val="36"/>
        </w:rPr>
        <w:tab/>
      </w:r>
      <w:r w:rsidRPr="00862365">
        <w:rPr>
          <w:rFonts w:ascii="Calisto MT" w:hAnsi="Calisto MT"/>
          <w:b/>
          <w:bCs/>
          <w:sz w:val="28"/>
          <w:szCs w:val="28"/>
        </w:rPr>
        <w:tab/>
      </w:r>
      <w:r w:rsidRPr="00862365">
        <w:rPr>
          <w:rFonts w:ascii="Calisto MT" w:hAnsi="Calisto MT"/>
          <w:b/>
          <w:bCs/>
          <w:sz w:val="24"/>
          <w:szCs w:val="24"/>
        </w:rPr>
        <w:tab/>
      </w:r>
      <w:r w:rsidRPr="00862365">
        <w:rPr>
          <w:rFonts w:ascii="Calisto MT" w:hAnsi="Calisto MT"/>
          <w:b/>
          <w:bCs/>
          <w:sz w:val="24"/>
          <w:szCs w:val="24"/>
        </w:rPr>
        <w:tab/>
      </w:r>
      <w:r w:rsidRPr="00862365">
        <w:rPr>
          <w:rFonts w:ascii="Calisto MT" w:hAnsi="Calisto MT"/>
          <w:b/>
          <w:bCs/>
          <w:sz w:val="24"/>
          <w:szCs w:val="24"/>
        </w:rPr>
        <w:tab/>
      </w:r>
      <w:r w:rsidRPr="00862365">
        <w:rPr>
          <w:rFonts w:ascii="Calisto MT" w:hAnsi="Calisto MT"/>
          <w:b/>
          <w:bCs/>
          <w:sz w:val="24"/>
          <w:szCs w:val="24"/>
        </w:rPr>
        <w:tab/>
        <w:t xml:space="preserve"> </w:t>
      </w:r>
      <w:r>
        <w:rPr>
          <w:rFonts w:ascii="Calisto MT" w:hAnsi="Calisto MT"/>
          <w:b/>
          <w:bCs/>
          <w:sz w:val="24"/>
          <w:szCs w:val="24"/>
        </w:rPr>
        <w:t xml:space="preserve">                      </w:t>
      </w:r>
      <w:r w:rsidRPr="00862365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862365">
        <w:rPr>
          <w:rFonts w:ascii="Calisto MT" w:hAnsi="Calisto MT"/>
          <w:b/>
          <w:bCs/>
          <w:sz w:val="24"/>
          <w:szCs w:val="24"/>
        </w:rPr>
        <w:t>…</w:t>
      </w:r>
      <w:r>
        <w:rPr>
          <w:rFonts w:ascii="Calisto MT" w:hAnsi="Calisto MT"/>
          <w:b/>
          <w:bCs/>
          <w:sz w:val="24"/>
          <w:szCs w:val="24"/>
        </w:rPr>
        <w:t>..</w:t>
      </w:r>
      <w:proofErr w:type="gramEnd"/>
      <w:r>
        <w:rPr>
          <w:rFonts w:ascii="Calisto MT" w:hAnsi="Calisto MT"/>
          <w:b/>
          <w:bCs/>
          <w:sz w:val="24"/>
          <w:szCs w:val="24"/>
        </w:rPr>
        <w:t>……………</w:t>
      </w:r>
    </w:p>
    <w:p w14:paraId="58B7707D" w14:textId="77777777" w:rsidR="007A3691" w:rsidRDefault="007A3691" w:rsidP="007A3691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</w:p>
    <w:p w14:paraId="6754990F" w14:textId="0CF0B190" w:rsidR="007A3691" w:rsidRPr="00CF27ED" w:rsidRDefault="007A3691" w:rsidP="007A3691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BA DEGREE EXAMINATIONS, JULY 2026</w:t>
      </w:r>
    </w:p>
    <w:p w14:paraId="3380C598" w14:textId="77777777" w:rsidR="007A3691" w:rsidRDefault="007A3691" w:rsidP="007A3691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CF27ED">
        <w:rPr>
          <w:rFonts w:ascii="Calisto MT" w:hAnsi="Calisto MT"/>
          <w:b/>
          <w:bCs/>
          <w:sz w:val="28"/>
          <w:szCs w:val="28"/>
        </w:rPr>
        <w:t>First Semester</w:t>
      </w:r>
    </w:p>
    <w:p w14:paraId="6E291655" w14:textId="77777777" w:rsidR="007A3691" w:rsidRDefault="007A3691" w:rsidP="007A3691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B.A. Malayalam Language and Literature</w:t>
      </w:r>
    </w:p>
    <w:p w14:paraId="394AAAF9" w14:textId="707DCD84" w:rsidR="007A3691" w:rsidRDefault="007A3691" w:rsidP="007A3691">
      <w:pPr>
        <w:spacing w:after="0"/>
        <w:jc w:val="center"/>
        <w:rPr>
          <w:rStyle w:val="transliteration"/>
          <w:rFonts w:ascii="Noto Sans Malayalam" w:hAnsi="Noto Sans Malayalam" w:cs="Noto Sans Malayalam"/>
          <w:b/>
          <w:bCs/>
          <w:sz w:val="28"/>
          <w:szCs w:val="28"/>
        </w:rPr>
      </w:pPr>
      <w:r>
        <w:rPr>
          <w:rFonts w:ascii="Calisto MT" w:hAnsi="Calisto MT" w:cs="Noto Sans Malayalam"/>
          <w:b/>
          <w:bCs/>
          <w:sz w:val="28"/>
          <w:szCs w:val="28"/>
        </w:rPr>
        <w:t>B</w:t>
      </w:r>
      <w:r w:rsidRPr="001A22EF">
        <w:rPr>
          <w:rFonts w:ascii="Calisto MT" w:hAnsi="Calisto MT" w:cs="Noto Sans Malayalam"/>
          <w:b/>
          <w:bCs/>
          <w:sz w:val="28"/>
          <w:szCs w:val="28"/>
        </w:rPr>
        <w:t>21ML01DC</w:t>
      </w:r>
      <w:r w:rsidR="00E5360A">
        <w:rPr>
          <w:rFonts w:ascii="Calisto MT" w:hAnsi="Calisto MT" w:cs="Noto Sans Malayalam"/>
          <w:b/>
          <w:bCs/>
          <w:sz w:val="28"/>
          <w:szCs w:val="28"/>
        </w:rPr>
        <w:t xml:space="preserve"> </w:t>
      </w:r>
      <w:r w:rsidRPr="001A22EF">
        <w:rPr>
          <w:rFonts w:ascii="Noto Sans Malayalam" w:hAnsi="Noto Sans Malayalam" w:cs="Noto Sans Malayalam"/>
          <w:b/>
          <w:bCs/>
          <w:sz w:val="24"/>
          <w:szCs w:val="24"/>
        </w:rPr>
        <w:t xml:space="preserve">- </w:t>
      </w:r>
      <w:r w:rsidRPr="009C119B">
        <w:rPr>
          <w:rStyle w:val="transliteration"/>
          <w:rFonts w:ascii="Noto Sans Malayalam" w:hAnsi="Noto Sans Malayalam" w:cs="Noto Sans Malayalam"/>
          <w:b/>
          <w:bCs/>
          <w:sz w:val="28"/>
          <w:szCs w:val="28"/>
          <w:cs/>
        </w:rPr>
        <w:t>മലയാളകവിത</w:t>
      </w:r>
      <w:r w:rsidRPr="009C119B">
        <w:rPr>
          <w:rStyle w:val="transliteration"/>
          <w:rFonts w:ascii="Noto Sans Malayalam" w:hAnsi="Noto Sans Malayalam" w:cs="Noto Sans Malayalam"/>
          <w:b/>
          <w:bCs/>
          <w:sz w:val="28"/>
          <w:szCs w:val="28"/>
        </w:rPr>
        <w:t>:</w:t>
      </w:r>
      <w:r w:rsidRPr="009C119B">
        <w:rPr>
          <w:rFonts w:ascii="Noto Sans Malayalam" w:hAnsi="Noto Sans Malayalam" w:cs="Noto Sans Malayalam"/>
          <w:b/>
          <w:bCs/>
          <w:sz w:val="28"/>
          <w:szCs w:val="28"/>
        </w:rPr>
        <w:t xml:space="preserve"> </w:t>
      </w:r>
      <w:r w:rsidRPr="009C119B">
        <w:rPr>
          <w:rStyle w:val="transliteration"/>
          <w:rFonts w:ascii="Noto Sans Malayalam" w:hAnsi="Noto Sans Malayalam" w:cs="Noto Sans Malayalam"/>
          <w:b/>
          <w:bCs/>
          <w:sz w:val="28"/>
          <w:szCs w:val="28"/>
          <w:cs/>
        </w:rPr>
        <w:t>ആധുനികം</w:t>
      </w:r>
    </w:p>
    <w:p w14:paraId="4FE383CE" w14:textId="3F533FD1" w:rsidR="007A3691" w:rsidRPr="007A3691" w:rsidRDefault="007A3691" w:rsidP="007A3691">
      <w:pPr>
        <w:spacing w:after="0"/>
        <w:jc w:val="center"/>
        <w:rPr>
          <w:rFonts w:ascii="Calisto MT" w:hAnsi="Calisto MT" w:cs="Noto Sans Malayalam"/>
          <w:b/>
          <w:bCs/>
          <w:sz w:val="28"/>
          <w:szCs w:val="28"/>
        </w:rPr>
      </w:pPr>
      <w:r w:rsidRPr="001A22EF">
        <w:rPr>
          <w:rFonts w:ascii="Calisto MT" w:hAnsi="Calisto MT" w:cs="Noto Sans Malayalam"/>
          <w:b/>
          <w:bCs/>
          <w:sz w:val="28"/>
          <w:szCs w:val="28"/>
        </w:rPr>
        <w:t>(202</w:t>
      </w:r>
      <w:r>
        <w:rPr>
          <w:rFonts w:ascii="Calisto MT" w:hAnsi="Calisto MT" w:cs="Noto Sans Malayalam"/>
          <w:b/>
          <w:bCs/>
          <w:sz w:val="28"/>
          <w:szCs w:val="28"/>
        </w:rPr>
        <w:t>2</w:t>
      </w:r>
      <w:r w:rsidRPr="001A22EF">
        <w:rPr>
          <w:rFonts w:ascii="Calisto MT" w:hAnsi="Calisto MT" w:cs="Noto Sans Malayalam"/>
          <w:b/>
          <w:bCs/>
          <w:sz w:val="28"/>
          <w:szCs w:val="28"/>
        </w:rPr>
        <w:t xml:space="preserve"> July Admissions)</w:t>
      </w:r>
    </w:p>
    <w:p w14:paraId="008DE21C" w14:textId="57423427" w:rsidR="007A3691" w:rsidRDefault="00A43F4D" w:rsidP="00A43F4D">
      <w:pPr>
        <w:spacing w:after="0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     </w:t>
      </w:r>
      <w:r w:rsidR="007A3691" w:rsidRPr="00781088">
        <w:rPr>
          <w:rFonts w:ascii="Calisto MT" w:hAnsi="Calisto MT"/>
          <w:b/>
          <w:bCs/>
          <w:sz w:val="28"/>
          <w:szCs w:val="28"/>
        </w:rPr>
        <w:t>(Supplementary)</w:t>
      </w:r>
    </w:p>
    <w:p w14:paraId="3503332C" w14:textId="77777777" w:rsidR="007A3691" w:rsidRPr="0004524A" w:rsidRDefault="007A3691" w:rsidP="007A3691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</w:p>
    <w:p w14:paraId="4002EF6B" w14:textId="77777777" w:rsidR="007A3691" w:rsidRPr="00D70B14" w:rsidRDefault="007A3691" w:rsidP="007A3691">
      <w:pPr>
        <w:spacing w:line="360" w:lineRule="auto"/>
        <w:jc w:val="both"/>
        <w:rPr>
          <w:rFonts w:ascii="Calisto MT" w:hAnsi="Calisto MT" w:cs="Noto Sans Malayalam"/>
          <w:b/>
          <w:bCs/>
          <w:sz w:val="28"/>
          <w:szCs w:val="28"/>
        </w:rPr>
      </w:pPr>
      <w:r w:rsidRPr="00D70B14">
        <w:rPr>
          <w:rFonts w:ascii="Calisto MT" w:hAnsi="Calisto MT" w:cs="Noto Sans Malayalam"/>
          <w:b/>
          <w:bCs/>
          <w:sz w:val="28"/>
          <w:szCs w:val="28"/>
        </w:rPr>
        <w:t>Time: 3 Hours</w:t>
      </w:r>
      <w:r w:rsidRPr="00D70B14">
        <w:rPr>
          <w:rFonts w:ascii="Calisto MT" w:hAnsi="Calisto MT" w:cs="Noto Sans Malayalam"/>
          <w:b/>
          <w:bCs/>
          <w:sz w:val="28"/>
          <w:szCs w:val="28"/>
        </w:rPr>
        <w:tab/>
      </w:r>
      <w:r w:rsidRPr="00D70B14">
        <w:rPr>
          <w:rFonts w:ascii="Calisto MT" w:hAnsi="Calisto MT" w:cs="Noto Sans Malayalam"/>
          <w:b/>
          <w:bCs/>
          <w:sz w:val="28"/>
          <w:szCs w:val="28"/>
        </w:rPr>
        <w:tab/>
      </w:r>
      <w:r w:rsidRPr="00D70B14">
        <w:rPr>
          <w:rFonts w:ascii="Calisto MT" w:hAnsi="Calisto MT" w:cs="Noto Sans Malayalam"/>
          <w:b/>
          <w:bCs/>
          <w:sz w:val="28"/>
          <w:szCs w:val="28"/>
        </w:rPr>
        <w:tab/>
      </w:r>
      <w:r w:rsidRPr="00D70B14">
        <w:rPr>
          <w:rFonts w:ascii="Calisto MT" w:hAnsi="Calisto MT" w:cs="Noto Sans Malayalam"/>
          <w:b/>
          <w:bCs/>
          <w:sz w:val="28"/>
          <w:szCs w:val="28"/>
        </w:rPr>
        <w:tab/>
      </w:r>
      <w:r w:rsidRPr="00D70B14">
        <w:rPr>
          <w:rFonts w:ascii="Calisto MT" w:hAnsi="Calisto MT" w:cs="Noto Sans Malayalam"/>
          <w:b/>
          <w:bCs/>
          <w:sz w:val="28"/>
          <w:szCs w:val="28"/>
        </w:rPr>
        <w:tab/>
      </w:r>
      <w:r w:rsidRPr="00D70B14">
        <w:rPr>
          <w:rFonts w:ascii="Calisto MT" w:hAnsi="Calisto MT" w:cs="Noto Sans Malayalam"/>
          <w:b/>
          <w:bCs/>
          <w:sz w:val="28"/>
          <w:szCs w:val="28"/>
        </w:rPr>
        <w:tab/>
      </w:r>
      <w:r w:rsidRPr="00D70B14">
        <w:rPr>
          <w:rFonts w:ascii="Calisto MT" w:hAnsi="Calisto MT" w:cs="Noto Sans Malayalam"/>
          <w:b/>
          <w:bCs/>
          <w:sz w:val="28"/>
          <w:szCs w:val="28"/>
        </w:rPr>
        <w:tab/>
      </w:r>
      <w:r>
        <w:rPr>
          <w:rFonts w:ascii="Calisto MT" w:hAnsi="Calisto MT" w:cs="Noto Sans Malayalam"/>
          <w:b/>
          <w:bCs/>
          <w:sz w:val="28"/>
          <w:szCs w:val="28"/>
        </w:rPr>
        <w:t xml:space="preserve">                         </w:t>
      </w:r>
      <w:r w:rsidRPr="00D70B14">
        <w:rPr>
          <w:rFonts w:ascii="Calisto MT" w:hAnsi="Calisto MT" w:cs="Noto Sans Malayalam"/>
          <w:b/>
          <w:bCs/>
          <w:sz w:val="28"/>
          <w:szCs w:val="28"/>
        </w:rPr>
        <w:t>Max Marks: 70</w:t>
      </w:r>
    </w:p>
    <w:p w14:paraId="59C06278" w14:textId="77777777" w:rsidR="007A3691" w:rsidRPr="00E02AA9" w:rsidRDefault="007A3691" w:rsidP="007A3691">
      <w:pPr>
        <w:spacing w:after="0" w:line="360" w:lineRule="auto"/>
        <w:ind w:left="720"/>
        <w:jc w:val="center"/>
        <w:rPr>
          <w:rFonts w:ascii="Noto Sans Malayalam" w:hAnsi="Noto Sans Malayalam" w:cs="Noto Sans Malayalam"/>
          <w:b/>
          <w:bCs/>
          <w:sz w:val="24"/>
          <w:szCs w:val="24"/>
        </w:rPr>
      </w:pPr>
      <w:r w:rsidRPr="00E02AA9"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  <w:lang w:bidi="ml-IN"/>
        </w:rPr>
        <w:t>സെക്ഷൻ</w:t>
      </w:r>
      <w:r w:rsidRPr="00E02AA9">
        <w:rPr>
          <w:rFonts w:ascii="Noto Sans Malayalam" w:hAnsi="Noto Sans Malayalam" w:cs="Noto Sans Malayalam"/>
          <w:b/>
          <w:bCs/>
          <w:sz w:val="24"/>
          <w:szCs w:val="24"/>
          <w:lang w:bidi="ml-IN"/>
        </w:rPr>
        <w:t xml:space="preserve"> </w:t>
      </w:r>
      <w:r w:rsidRPr="00E02AA9">
        <w:rPr>
          <w:rFonts w:ascii="Noto Sans Malayalam" w:hAnsi="Noto Sans Malayalam" w:cs="Noto Sans Malayalam"/>
          <w:b/>
          <w:bCs/>
          <w:sz w:val="24"/>
          <w:szCs w:val="24"/>
          <w:cs/>
          <w:lang w:bidi="ml-IN"/>
        </w:rPr>
        <w:t>എ</w:t>
      </w:r>
    </w:p>
    <w:p w14:paraId="448E817E" w14:textId="018144E3" w:rsidR="007A3691" w:rsidRDefault="007A3691" w:rsidP="007A3691">
      <w:pPr>
        <w:pStyle w:val="BasicParagraph"/>
        <w:ind w:hanging="28"/>
        <w:jc w:val="both"/>
        <w:rPr>
          <w:rStyle w:val="transliteration"/>
          <w:rFonts w:ascii="Noto Sans Malayalam" w:hAnsi="Noto Sans Malayalam" w:cs="Noto Sans Malayalam"/>
          <w:b/>
          <w:bCs/>
          <w:sz w:val="22"/>
          <w:szCs w:val="22"/>
        </w:rPr>
      </w:pPr>
      <w:r w:rsidRPr="000C2E65">
        <w:rPr>
          <w:rStyle w:val="transliteration"/>
          <w:rFonts w:ascii="Noto Sans Malayalam" w:hAnsi="Noto Sans Malayalam" w:cs="Noto Sans Malayalam"/>
          <w:b/>
          <w:bCs/>
          <w:sz w:val="22"/>
          <w:szCs w:val="22"/>
          <w:cs/>
        </w:rPr>
        <w:t>ഏതെങ്കിലും</w:t>
      </w:r>
      <w:r w:rsidRPr="000C2E65">
        <w:rPr>
          <w:rFonts w:ascii="Noto Sans Malayalam" w:hAnsi="Noto Sans Malayalam" w:cs="Noto Sans Malayalam"/>
          <w:b/>
          <w:bCs/>
          <w:sz w:val="22"/>
          <w:szCs w:val="22"/>
        </w:rPr>
        <w:t xml:space="preserve"> </w:t>
      </w:r>
      <w:r w:rsidRPr="000C2E65">
        <w:rPr>
          <w:rStyle w:val="transliteration"/>
          <w:rFonts w:ascii="Noto Sans Malayalam" w:hAnsi="Noto Sans Malayalam" w:cs="Noto Sans Malayalam"/>
          <w:b/>
          <w:bCs/>
          <w:sz w:val="22"/>
          <w:szCs w:val="22"/>
          <w:cs/>
        </w:rPr>
        <w:t>പത്തു</w:t>
      </w:r>
      <w:r w:rsidRPr="000C2E65">
        <w:rPr>
          <w:rFonts w:ascii="Noto Sans Malayalam" w:hAnsi="Noto Sans Malayalam" w:cs="Noto Sans Malayalam"/>
          <w:b/>
          <w:bCs/>
          <w:sz w:val="22"/>
          <w:szCs w:val="22"/>
        </w:rPr>
        <w:t xml:space="preserve"> </w:t>
      </w:r>
      <w:r w:rsidRPr="000C2E65">
        <w:rPr>
          <w:rStyle w:val="transliteration"/>
          <w:rFonts w:ascii="Noto Sans Malayalam" w:hAnsi="Noto Sans Malayalam" w:cs="Noto Sans Malayalam"/>
          <w:b/>
          <w:bCs/>
          <w:sz w:val="22"/>
          <w:szCs w:val="22"/>
          <w:cs/>
        </w:rPr>
        <w:t>ചോദ്യത്തിന്</w:t>
      </w:r>
      <w:r w:rsidRPr="000C2E65">
        <w:rPr>
          <w:rFonts w:ascii="Noto Sans Malayalam" w:hAnsi="Noto Sans Malayalam" w:cs="Noto Sans Malayalam"/>
          <w:b/>
          <w:bCs/>
          <w:sz w:val="22"/>
          <w:szCs w:val="22"/>
        </w:rPr>
        <w:t xml:space="preserve"> </w:t>
      </w:r>
      <w:r w:rsidRPr="000C2E65">
        <w:rPr>
          <w:rStyle w:val="transliteration"/>
          <w:rFonts w:ascii="Noto Sans Malayalam" w:hAnsi="Noto Sans Malayalam" w:cs="Noto Sans Malayalam"/>
          <w:b/>
          <w:bCs/>
          <w:sz w:val="22"/>
          <w:szCs w:val="22"/>
          <w:cs/>
        </w:rPr>
        <w:t>ഒറ്റവാക്കിൽ</w:t>
      </w:r>
      <w:r w:rsidRPr="000C2E65">
        <w:rPr>
          <w:rFonts w:ascii="Noto Sans Malayalam" w:hAnsi="Noto Sans Malayalam" w:cs="Noto Sans Malayalam"/>
          <w:b/>
          <w:bCs/>
          <w:sz w:val="22"/>
          <w:szCs w:val="22"/>
        </w:rPr>
        <w:t xml:space="preserve"> </w:t>
      </w:r>
      <w:r w:rsidRPr="000C2E65">
        <w:rPr>
          <w:rStyle w:val="transliteration"/>
          <w:rFonts w:ascii="Noto Sans Malayalam" w:hAnsi="Noto Sans Malayalam" w:cs="Noto Sans Malayalam"/>
          <w:b/>
          <w:bCs/>
          <w:sz w:val="22"/>
          <w:szCs w:val="22"/>
          <w:cs/>
        </w:rPr>
        <w:t>ഉത്തരമെഴുതുക</w:t>
      </w:r>
      <w:r w:rsidRPr="000C2E65">
        <w:rPr>
          <w:rFonts w:ascii="Noto Sans Malayalam" w:hAnsi="Noto Sans Malayalam" w:cs="Noto Sans Malayalam"/>
          <w:b/>
          <w:bCs/>
          <w:sz w:val="22"/>
          <w:szCs w:val="22"/>
        </w:rPr>
        <w:t xml:space="preserve">. </w:t>
      </w:r>
      <w:r w:rsidRPr="000C2E65">
        <w:rPr>
          <w:rStyle w:val="transliteration"/>
          <w:rFonts w:ascii="Noto Sans Malayalam" w:hAnsi="Noto Sans Malayalam" w:cs="Noto Sans Malayalam"/>
          <w:b/>
          <w:bCs/>
          <w:sz w:val="22"/>
          <w:szCs w:val="22"/>
          <w:cs/>
        </w:rPr>
        <w:t>ഓരോ</w:t>
      </w:r>
      <w:r w:rsidRPr="000C2E65">
        <w:rPr>
          <w:rFonts w:ascii="Noto Sans Malayalam" w:hAnsi="Noto Sans Malayalam" w:cs="Noto Sans Malayalam"/>
          <w:b/>
          <w:bCs/>
          <w:sz w:val="22"/>
          <w:szCs w:val="22"/>
        </w:rPr>
        <w:t xml:space="preserve"> </w:t>
      </w:r>
      <w:r w:rsidRPr="000C2E65">
        <w:rPr>
          <w:rStyle w:val="transliteration"/>
          <w:rFonts w:ascii="Noto Sans Malayalam" w:hAnsi="Noto Sans Malayalam" w:cs="Noto Sans Malayalam"/>
          <w:b/>
          <w:bCs/>
          <w:sz w:val="22"/>
          <w:szCs w:val="22"/>
          <w:cs/>
        </w:rPr>
        <w:t>മാർക്കു</w:t>
      </w:r>
      <w:r w:rsidRPr="000C2E65">
        <w:rPr>
          <w:rFonts w:ascii="Noto Sans Malayalam" w:hAnsi="Noto Sans Malayalam" w:cs="Noto Sans Malayalam"/>
          <w:b/>
          <w:bCs/>
          <w:sz w:val="22"/>
          <w:szCs w:val="22"/>
        </w:rPr>
        <w:t xml:space="preserve"> </w:t>
      </w:r>
      <w:r w:rsidRPr="000C2E65">
        <w:rPr>
          <w:rStyle w:val="transliteration"/>
          <w:rFonts w:ascii="Noto Sans Malayalam" w:hAnsi="Noto Sans Malayalam" w:cs="Noto Sans Malayalam"/>
          <w:b/>
          <w:bCs/>
          <w:sz w:val="22"/>
          <w:szCs w:val="22"/>
          <w:cs/>
        </w:rPr>
        <w:t>വീതം</w:t>
      </w:r>
      <w:r>
        <w:rPr>
          <w:rStyle w:val="transliteration"/>
          <w:rFonts w:ascii="Noto Sans Malayalam" w:hAnsi="Noto Sans Malayalam" w:cs="Noto Sans Malayalam"/>
          <w:b/>
          <w:bCs/>
          <w:sz w:val="22"/>
          <w:szCs w:val="22"/>
        </w:rPr>
        <w:t>.</w:t>
      </w:r>
    </w:p>
    <w:p w14:paraId="42D7FBCE" w14:textId="77777777" w:rsidR="007A3691" w:rsidRDefault="007A3691" w:rsidP="007A3691">
      <w:pPr>
        <w:pStyle w:val="BasicParagraph"/>
        <w:ind w:hanging="28"/>
        <w:jc w:val="both"/>
        <w:rPr>
          <w:rStyle w:val="transliteration"/>
          <w:rFonts w:ascii="Noto Sans Malayalam" w:hAnsi="Noto Sans Malayalam" w:cs="Noto Sans Malayalam"/>
          <w:b/>
          <w:bCs/>
          <w:sz w:val="22"/>
          <w:szCs w:val="22"/>
        </w:rPr>
      </w:pPr>
    </w:p>
    <w:p w14:paraId="0AFFAF99" w14:textId="3354E7C4" w:rsidR="00EE242A" w:rsidRPr="007A3691" w:rsidRDefault="00000000" w:rsidP="007A3691">
      <w:pPr>
        <w:pStyle w:val="ListParagraph"/>
        <w:numPr>
          <w:ilvl w:val="0"/>
          <w:numId w:val="11"/>
        </w:numPr>
        <w:spacing w:line="360" w:lineRule="auto"/>
        <w:ind w:left="709"/>
        <w:rPr>
          <w:rFonts w:ascii="Noto Sans Malayalam" w:hAnsi="Noto Sans Malayalam" w:cs="Noto Sans Malayalam"/>
        </w:rPr>
      </w:pPr>
      <w:r w:rsidRPr="007A3691">
        <w:rPr>
          <w:rFonts w:ascii="Noto Sans Malayalam" w:hAnsi="Noto Sans Malayalam" w:cs="Noto Sans Malayalam"/>
        </w:rPr>
        <w:t>'</w:t>
      </w:r>
      <w:proofErr w:type="spellStart"/>
      <w:r w:rsidRPr="007A3691">
        <w:rPr>
          <w:rFonts w:ascii="Noto Sans Malayalam" w:hAnsi="Noto Sans Malayalam" w:cs="Noto Sans Malayalam"/>
        </w:rPr>
        <w:t>ആശാനെ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വിപ്ലവത്തിൻ്റെ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ശുക്രനക്ഷത്രം</w:t>
      </w:r>
      <w:proofErr w:type="spellEnd"/>
      <w:r w:rsidRPr="007A3691">
        <w:rPr>
          <w:rFonts w:ascii="Noto Sans Malayalam" w:hAnsi="Noto Sans Malayalam" w:cs="Noto Sans Malayalam"/>
        </w:rPr>
        <w:t xml:space="preserve">' </w:t>
      </w:r>
      <w:proofErr w:type="spellStart"/>
      <w:r w:rsidRPr="007A3691">
        <w:rPr>
          <w:rFonts w:ascii="Noto Sans Malayalam" w:hAnsi="Noto Sans Malayalam" w:cs="Noto Sans Malayalam"/>
        </w:rPr>
        <w:t>എന്നു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proofErr w:type="gramStart"/>
      <w:r w:rsidRPr="007A3691">
        <w:rPr>
          <w:rFonts w:ascii="Noto Sans Malayalam" w:hAnsi="Noto Sans Malayalam" w:cs="Noto Sans Malayalam"/>
        </w:rPr>
        <w:t>വിശേഷിപ്പിക്കുന്നതാര്</w:t>
      </w:r>
      <w:proofErr w:type="spellEnd"/>
      <w:r w:rsidR="00E5360A">
        <w:rPr>
          <w:rFonts w:ascii="Noto Sans Malayalam" w:hAnsi="Noto Sans Malayalam" w:cs="Noto Sans Malayalam"/>
        </w:rPr>
        <w:t xml:space="preserve"> </w:t>
      </w:r>
      <w:r w:rsidRPr="007A3691">
        <w:rPr>
          <w:rFonts w:ascii="Noto Sans Malayalam" w:hAnsi="Noto Sans Malayalam" w:cs="Noto Sans Malayalam"/>
        </w:rPr>
        <w:t>?</w:t>
      </w:r>
      <w:proofErr w:type="gramEnd"/>
    </w:p>
    <w:p w14:paraId="0E002ED1" w14:textId="30BE4D52" w:rsidR="00EE242A" w:rsidRPr="007A3691" w:rsidRDefault="00000000" w:rsidP="007A3691">
      <w:pPr>
        <w:pStyle w:val="ListParagraph"/>
        <w:numPr>
          <w:ilvl w:val="0"/>
          <w:numId w:val="11"/>
        </w:numPr>
        <w:spacing w:line="360" w:lineRule="auto"/>
        <w:ind w:left="709"/>
        <w:rPr>
          <w:rFonts w:ascii="Noto Sans Malayalam" w:hAnsi="Noto Sans Malayalam" w:cs="Noto Sans Malayalam"/>
        </w:rPr>
      </w:pPr>
      <w:proofErr w:type="spellStart"/>
      <w:r w:rsidRPr="007A3691">
        <w:rPr>
          <w:rFonts w:ascii="Noto Sans Malayalam" w:hAnsi="Noto Sans Malayalam" w:cs="Noto Sans Malayalam"/>
        </w:rPr>
        <w:t>അന്ന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വസ്ത്രാദികൾക്ക്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മുടക്കം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വരാതെ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നമ്മെ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കാത്തു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രക്ഷിക്കുന്നതാരാണെന്നാണ്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ഗുരു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proofErr w:type="gramStart"/>
      <w:r w:rsidRPr="007A3691">
        <w:rPr>
          <w:rFonts w:ascii="Noto Sans Malayalam" w:hAnsi="Noto Sans Malayalam" w:cs="Noto Sans Malayalam"/>
        </w:rPr>
        <w:t>പറയുന്നത്</w:t>
      </w:r>
      <w:proofErr w:type="spellEnd"/>
      <w:r w:rsidRPr="007A3691">
        <w:rPr>
          <w:rFonts w:ascii="Noto Sans Malayalam" w:hAnsi="Noto Sans Malayalam" w:cs="Noto Sans Malayalam"/>
        </w:rPr>
        <w:t xml:space="preserve"> ?</w:t>
      </w:r>
      <w:proofErr w:type="gramEnd"/>
    </w:p>
    <w:p w14:paraId="3810BE2D" w14:textId="6ADCAFF7" w:rsidR="00EE242A" w:rsidRPr="007A3691" w:rsidRDefault="00000000" w:rsidP="007A3691">
      <w:pPr>
        <w:pStyle w:val="ListParagraph"/>
        <w:numPr>
          <w:ilvl w:val="0"/>
          <w:numId w:val="11"/>
        </w:numPr>
        <w:spacing w:line="360" w:lineRule="auto"/>
        <w:ind w:left="709"/>
        <w:rPr>
          <w:rFonts w:ascii="Noto Sans Malayalam" w:hAnsi="Noto Sans Malayalam" w:cs="Noto Sans Malayalam"/>
        </w:rPr>
      </w:pPr>
      <w:proofErr w:type="spellStart"/>
      <w:r w:rsidRPr="007A3691">
        <w:rPr>
          <w:rFonts w:ascii="Noto Sans Malayalam" w:hAnsi="Noto Sans Malayalam" w:cs="Noto Sans Malayalam"/>
        </w:rPr>
        <w:t>പാരിടത്തി</w:t>
      </w:r>
      <w:proofErr w:type="spellEnd"/>
      <w:r w:rsidRPr="007A3691">
        <w:rPr>
          <w:rFonts w:ascii="Noto Sans Malayalam" w:hAnsi="Noto Sans Malayalam" w:cs="Noto Sans Malayalam"/>
        </w:rPr>
        <w:t xml:space="preserve">ൽ </w:t>
      </w:r>
      <w:proofErr w:type="spellStart"/>
      <w:r w:rsidRPr="007A3691">
        <w:rPr>
          <w:rFonts w:ascii="Noto Sans Malayalam" w:hAnsi="Noto Sans Malayalam" w:cs="Noto Sans Malayalam"/>
        </w:rPr>
        <w:t>ഹീനരാമീ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ഭവിച്ചവ</w:t>
      </w:r>
      <w:proofErr w:type="spellEnd"/>
      <w:r w:rsidRPr="007A3691">
        <w:rPr>
          <w:rFonts w:ascii="Noto Sans Malayalam" w:hAnsi="Noto Sans Malayalam" w:cs="Noto Sans Malayalam"/>
        </w:rPr>
        <w:t xml:space="preserve">ർ </w:t>
      </w:r>
      <w:proofErr w:type="spellStart"/>
      <w:proofErr w:type="gramStart"/>
      <w:r w:rsidRPr="007A3691">
        <w:rPr>
          <w:rFonts w:ascii="Noto Sans Malayalam" w:hAnsi="Noto Sans Malayalam" w:cs="Noto Sans Malayalam"/>
        </w:rPr>
        <w:t>ആര്</w:t>
      </w:r>
      <w:proofErr w:type="spellEnd"/>
      <w:r w:rsidRPr="007A3691">
        <w:rPr>
          <w:rFonts w:ascii="Noto Sans Malayalam" w:hAnsi="Noto Sans Malayalam" w:cs="Noto Sans Malayalam"/>
        </w:rPr>
        <w:t xml:space="preserve"> ?</w:t>
      </w:r>
      <w:proofErr w:type="gramEnd"/>
    </w:p>
    <w:p w14:paraId="755C8B4D" w14:textId="23E3B904" w:rsidR="00EE242A" w:rsidRPr="007A3691" w:rsidRDefault="00000000" w:rsidP="007A3691">
      <w:pPr>
        <w:pStyle w:val="ListParagraph"/>
        <w:numPr>
          <w:ilvl w:val="0"/>
          <w:numId w:val="11"/>
        </w:numPr>
        <w:spacing w:line="360" w:lineRule="auto"/>
        <w:ind w:left="709"/>
        <w:rPr>
          <w:rFonts w:ascii="Noto Sans Malayalam" w:hAnsi="Noto Sans Malayalam" w:cs="Noto Sans Malayalam"/>
        </w:rPr>
      </w:pPr>
      <w:proofErr w:type="spellStart"/>
      <w:r w:rsidRPr="007A3691">
        <w:rPr>
          <w:rFonts w:ascii="Noto Sans Malayalam" w:hAnsi="Noto Sans Malayalam" w:cs="Noto Sans Malayalam"/>
        </w:rPr>
        <w:t>ആരെയോർത്താണ്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ചങ്ങമ്പുഴയുടെ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proofErr w:type="gramStart"/>
      <w:r w:rsidRPr="007A3691">
        <w:rPr>
          <w:rFonts w:ascii="Noto Sans Malayalam" w:hAnsi="Noto Sans Malayalam" w:cs="Noto Sans Malayalam"/>
        </w:rPr>
        <w:t>കരളുരുകിയത്</w:t>
      </w:r>
      <w:proofErr w:type="spellEnd"/>
      <w:r w:rsidRPr="007A3691">
        <w:rPr>
          <w:rFonts w:ascii="Noto Sans Malayalam" w:hAnsi="Noto Sans Malayalam" w:cs="Noto Sans Malayalam"/>
        </w:rPr>
        <w:t xml:space="preserve"> ?</w:t>
      </w:r>
      <w:proofErr w:type="gramEnd"/>
    </w:p>
    <w:p w14:paraId="7A5909B2" w14:textId="128428D8" w:rsidR="00EE242A" w:rsidRPr="007A3691" w:rsidRDefault="00000000" w:rsidP="007A3691">
      <w:pPr>
        <w:pStyle w:val="ListParagraph"/>
        <w:numPr>
          <w:ilvl w:val="0"/>
          <w:numId w:val="11"/>
        </w:numPr>
        <w:spacing w:line="360" w:lineRule="auto"/>
        <w:ind w:left="709"/>
        <w:rPr>
          <w:rFonts w:ascii="Noto Sans Malayalam" w:hAnsi="Noto Sans Malayalam" w:cs="Noto Sans Malayalam"/>
        </w:rPr>
      </w:pPr>
      <w:proofErr w:type="spellStart"/>
      <w:r w:rsidRPr="007A3691">
        <w:rPr>
          <w:rFonts w:ascii="Noto Sans Malayalam" w:hAnsi="Noto Sans Malayalam" w:cs="Noto Sans Malayalam"/>
        </w:rPr>
        <w:t>ചിഹ്നങ്ങളെ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ഉപയോഗിച്ച്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കലാഖ്യാനം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നടത്തുന്ന</w:t>
      </w:r>
      <w:proofErr w:type="spellEnd"/>
      <w:r w:rsidRPr="007A3691">
        <w:rPr>
          <w:rFonts w:ascii="Noto Sans Malayalam" w:hAnsi="Noto Sans Malayalam" w:cs="Noto Sans Malayalam"/>
        </w:rPr>
        <w:t xml:space="preserve"> രീതിയ്ക്ക് പറയുന്ന പേര് </w:t>
      </w:r>
      <w:proofErr w:type="gramStart"/>
      <w:r w:rsidRPr="007A3691">
        <w:rPr>
          <w:rFonts w:ascii="Noto Sans Malayalam" w:hAnsi="Noto Sans Malayalam" w:cs="Noto Sans Malayalam"/>
        </w:rPr>
        <w:t>എന്ത് ?</w:t>
      </w:r>
      <w:proofErr w:type="gramEnd"/>
    </w:p>
    <w:p w14:paraId="44D5F444" w14:textId="68AD938B" w:rsidR="00EE242A" w:rsidRPr="007A3691" w:rsidRDefault="00000000" w:rsidP="007A3691">
      <w:pPr>
        <w:pStyle w:val="ListParagraph"/>
        <w:numPr>
          <w:ilvl w:val="0"/>
          <w:numId w:val="11"/>
        </w:numPr>
        <w:spacing w:line="360" w:lineRule="auto"/>
        <w:ind w:left="709"/>
        <w:rPr>
          <w:rFonts w:ascii="Noto Sans Malayalam" w:hAnsi="Noto Sans Malayalam" w:cs="Noto Sans Malayalam"/>
        </w:rPr>
      </w:pPr>
      <w:proofErr w:type="spellStart"/>
      <w:proofErr w:type="gramStart"/>
      <w:r w:rsidRPr="007A3691">
        <w:rPr>
          <w:rFonts w:ascii="Noto Sans Malayalam" w:hAnsi="Noto Sans Malayalam" w:cs="Noto Sans Malayalam"/>
        </w:rPr>
        <w:t>ജി.ശങ്കരക്കുറിപ്പിന്</w:t>
      </w:r>
      <w:proofErr w:type="spellEnd"/>
      <w:proofErr w:type="gram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ജ്ഞാനപീഠം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ലഭിച്ച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കവിതാ</w:t>
      </w:r>
      <w:proofErr w:type="spellEnd"/>
      <w:r w:rsidRPr="007A3691">
        <w:rPr>
          <w:rFonts w:ascii="Noto Sans Malayalam" w:hAnsi="Noto Sans Malayalam" w:cs="Noto Sans Malayalam"/>
        </w:rPr>
        <w:t xml:space="preserve"> സമാഹാരം </w:t>
      </w:r>
      <w:proofErr w:type="gramStart"/>
      <w:r w:rsidRPr="007A3691">
        <w:rPr>
          <w:rFonts w:ascii="Noto Sans Malayalam" w:hAnsi="Noto Sans Malayalam" w:cs="Noto Sans Malayalam"/>
        </w:rPr>
        <w:t>ഏത് ?</w:t>
      </w:r>
      <w:proofErr w:type="gramEnd"/>
    </w:p>
    <w:p w14:paraId="5F089F41" w14:textId="3A66C5FA" w:rsidR="00EE242A" w:rsidRPr="007A3691" w:rsidRDefault="00000000" w:rsidP="007A3691">
      <w:pPr>
        <w:pStyle w:val="ListParagraph"/>
        <w:numPr>
          <w:ilvl w:val="0"/>
          <w:numId w:val="11"/>
        </w:numPr>
        <w:spacing w:line="360" w:lineRule="auto"/>
        <w:ind w:left="709"/>
        <w:rPr>
          <w:rFonts w:ascii="Noto Sans Malayalam" w:hAnsi="Noto Sans Malayalam" w:cs="Noto Sans Malayalam"/>
        </w:rPr>
      </w:pPr>
      <w:r w:rsidRPr="007A3691">
        <w:rPr>
          <w:rFonts w:ascii="Noto Sans Malayalam" w:hAnsi="Noto Sans Malayalam" w:cs="Noto Sans Malayalam"/>
        </w:rPr>
        <w:t>'</w:t>
      </w:r>
      <w:proofErr w:type="spellStart"/>
      <w:r w:rsidRPr="007A3691">
        <w:rPr>
          <w:rFonts w:ascii="Noto Sans Malayalam" w:hAnsi="Noto Sans Malayalam" w:cs="Noto Sans Malayalam"/>
        </w:rPr>
        <w:t>ശാർങ്ഗക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പക്ഷിക</w:t>
      </w:r>
      <w:proofErr w:type="spellEnd"/>
      <w:r w:rsidRPr="007A3691">
        <w:rPr>
          <w:rFonts w:ascii="Noto Sans Malayalam" w:hAnsi="Noto Sans Malayalam" w:cs="Noto Sans Malayalam"/>
        </w:rPr>
        <w:t xml:space="preserve">ൾ' </w:t>
      </w:r>
      <w:proofErr w:type="spellStart"/>
      <w:r w:rsidRPr="007A3691">
        <w:rPr>
          <w:rFonts w:ascii="Noto Sans Malayalam" w:hAnsi="Noto Sans Malayalam" w:cs="Noto Sans Malayalam"/>
        </w:rPr>
        <w:t>എന്ന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ബിംബം</w:t>
      </w:r>
      <w:proofErr w:type="spellEnd"/>
      <w:r w:rsidRPr="007A3691">
        <w:rPr>
          <w:rFonts w:ascii="Noto Sans Malayalam" w:hAnsi="Noto Sans Malayalam" w:cs="Noto Sans Malayalam"/>
        </w:rPr>
        <w:t xml:space="preserve"> കവി സ്വീകരിച്ചത് എവിടെ നിന്ന്?</w:t>
      </w:r>
    </w:p>
    <w:p w14:paraId="68D2768C" w14:textId="5C766A57" w:rsidR="00EE242A" w:rsidRPr="007A3691" w:rsidRDefault="00000000" w:rsidP="007A3691">
      <w:pPr>
        <w:pStyle w:val="ListParagraph"/>
        <w:numPr>
          <w:ilvl w:val="0"/>
          <w:numId w:val="11"/>
        </w:numPr>
        <w:spacing w:line="360" w:lineRule="auto"/>
        <w:ind w:left="709"/>
        <w:rPr>
          <w:rFonts w:ascii="Noto Sans Malayalam" w:hAnsi="Noto Sans Malayalam" w:cs="Noto Sans Malayalam"/>
        </w:rPr>
      </w:pPr>
      <w:r w:rsidRPr="007A3691">
        <w:rPr>
          <w:rFonts w:ascii="Noto Sans Malayalam" w:hAnsi="Noto Sans Malayalam" w:cs="Noto Sans Malayalam"/>
        </w:rPr>
        <w:t>'</w:t>
      </w:r>
      <w:proofErr w:type="spellStart"/>
      <w:r w:rsidRPr="007A3691">
        <w:rPr>
          <w:rFonts w:ascii="Noto Sans Malayalam" w:hAnsi="Noto Sans Malayalam" w:cs="Noto Sans Malayalam"/>
        </w:rPr>
        <w:t>ഇവനെകൂടി'യി</w:t>
      </w:r>
      <w:proofErr w:type="spellEnd"/>
      <w:r w:rsidRPr="007A3691">
        <w:rPr>
          <w:rFonts w:ascii="Noto Sans Malayalam" w:hAnsi="Noto Sans Malayalam" w:cs="Noto Sans Malayalam"/>
        </w:rPr>
        <w:t xml:space="preserve">ൽ </w:t>
      </w:r>
      <w:proofErr w:type="spellStart"/>
      <w:r w:rsidRPr="007A3691">
        <w:rPr>
          <w:rFonts w:ascii="Noto Sans Malayalam" w:hAnsi="Noto Sans Malayalam" w:cs="Noto Sans Malayalam"/>
        </w:rPr>
        <w:t>പരാമർശിക്കുന്ന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സംഘകാല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കവി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gramStart"/>
      <w:r w:rsidRPr="007A3691">
        <w:rPr>
          <w:rFonts w:ascii="Noto Sans Malayalam" w:hAnsi="Noto Sans Malayalam" w:cs="Noto Sans Malayalam"/>
        </w:rPr>
        <w:t>ആര് ?</w:t>
      </w:r>
      <w:proofErr w:type="gramEnd"/>
    </w:p>
    <w:p w14:paraId="6D1AD550" w14:textId="01C94EF2" w:rsidR="00EE242A" w:rsidRPr="007A3691" w:rsidRDefault="00000000" w:rsidP="007A3691">
      <w:pPr>
        <w:pStyle w:val="ListParagraph"/>
        <w:numPr>
          <w:ilvl w:val="0"/>
          <w:numId w:val="11"/>
        </w:numPr>
        <w:spacing w:line="360" w:lineRule="auto"/>
        <w:ind w:left="709"/>
        <w:rPr>
          <w:rFonts w:ascii="Noto Sans Malayalam" w:hAnsi="Noto Sans Malayalam" w:cs="Noto Sans Malayalam"/>
        </w:rPr>
      </w:pPr>
      <w:proofErr w:type="spellStart"/>
      <w:r w:rsidRPr="007A3691">
        <w:rPr>
          <w:rFonts w:ascii="Noto Sans Malayalam" w:hAnsi="Noto Sans Malayalam" w:cs="Noto Sans Malayalam"/>
        </w:rPr>
        <w:t>കണ്ണ്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നഷ്ട‌പ്പെട്ട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ആട്ടിൻകുട്ടി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ആരി</w:t>
      </w:r>
      <w:proofErr w:type="spellEnd"/>
      <w:r w:rsidRPr="007A3691">
        <w:rPr>
          <w:rFonts w:ascii="Noto Sans Malayalam" w:hAnsi="Noto Sans Malayalam" w:cs="Noto Sans Malayalam"/>
        </w:rPr>
        <w:t xml:space="preserve">ൽ അഭയം പ്രാപിക്കാൻ </w:t>
      </w:r>
      <w:proofErr w:type="gramStart"/>
      <w:r w:rsidRPr="007A3691">
        <w:rPr>
          <w:rFonts w:ascii="Noto Sans Malayalam" w:hAnsi="Noto Sans Malayalam" w:cs="Noto Sans Malayalam"/>
        </w:rPr>
        <w:t>ആഗ്രഹിക്കുന്നത് ?</w:t>
      </w:r>
      <w:proofErr w:type="gramEnd"/>
    </w:p>
    <w:p w14:paraId="397652F4" w14:textId="00BFDADB" w:rsidR="00EE242A" w:rsidRPr="007A3691" w:rsidRDefault="00000000" w:rsidP="007A3691">
      <w:pPr>
        <w:pStyle w:val="ListParagraph"/>
        <w:numPr>
          <w:ilvl w:val="0"/>
          <w:numId w:val="11"/>
        </w:numPr>
        <w:spacing w:line="360" w:lineRule="auto"/>
        <w:ind w:left="709"/>
        <w:rPr>
          <w:rFonts w:ascii="Noto Sans Malayalam" w:hAnsi="Noto Sans Malayalam" w:cs="Noto Sans Malayalam"/>
        </w:rPr>
      </w:pPr>
      <w:proofErr w:type="spellStart"/>
      <w:r w:rsidRPr="007A3691">
        <w:rPr>
          <w:rFonts w:ascii="Noto Sans Malayalam" w:hAnsi="Noto Sans Malayalam" w:cs="Noto Sans Malayalam"/>
        </w:rPr>
        <w:t>വിശപ്പിന്റെ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നെഞ്ചത്താഞ്ഞു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proofErr w:type="gramStart"/>
      <w:r w:rsidRPr="007A3691">
        <w:rPr>
          <w:rFonts w:ascii="Noto Sans Malayalam" w:hAnsi="Noto Sans Malayalam" w:cs="Noto Sans Malayalam"/>
        </w:rPr>
        <w:t>തൊഴിച്ചതാരാണ്</w:t>
      </w:r>
      <w:proofErr w:type="spellEnd"/>
      <w:r w:rsidRPr="007A3691">
        <w:rPr>
          <w:rFonts w:ascii="Noto Sans Malayalam" w:hAnsi="Noto Sans Malayalam" w:cs="Noto Sans Malayalam"/>
        </w:rPr>
        <w:t xml:space="preserve"> ?</w:t>
      </w:r>
      <w:proofErr w:type="gramEnd"/>
    </w:p>
    <w:p w14:paraId="0B591BE8" w14:textId="419D3E86" w:rsidR="00EE242A" w:rsidRPr="007A3691" w:rsidRDefault="00000000" w:rsidP="007A3691">
      <w:pPr>
        <w:pStyle w:val="ListParagraph"/>
        <w:numPr>
          <w:ilvl w:val="0"/>
          <w:numId w:val="11"/>
        </w:numPr>
        <w:spacing w:line="360" w:lineRule="auto"/>
        <w:ind w:left="709"/>
        <w:rPr>
          <w:rFonts w:ascii="Noto Sans Malayalam" w:hAnsi="Noto Sans Malayalam" w:cs="Noto Sans Malayalam"/>
        </w:rPr>
      </w:pPr>
      <w:proofErr w:type="spellStart"/>
      <w:r w:rsidRPr="007A3691">
        <w:rPr>
          <w:rFonts w:ascii="Noto Sans Malayalam" w:hAnsi="Noto Sans Malayalam" w:cs="Noto Sans Malayalam"/>
        </w:rPr>
        <w:t>കാണെക്കാണെ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എന്ന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കവിതയിലെ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പ്രധാനബിംബം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gramStart"/>
      <w:r w:rsidRPr="007A3691">
        <w:rPr>
          <w:rFonts w:ascii="Noto Sans Malayalam" w:hAnsi="Noto Sans Malayalam" w:cs="Noto Sans Malayalam"/>
        </w:rPr>
        <w:t>ഏത് ?</w:t>
      </w:r>
      <w:proofErr w:type="gramEnd"/>
    </w:p>
    <w:p w14:paraId="74904EC5" w14:textId="096D9A3E" w:rsidR="00EE242A" w:rsidRPr="007A3691" w:rsidRDefault="00000000" w:rsidP="007A3691">
      <w:pPr>
        <w:pStyle w:val="ListParagraph"/>
        <w:numPr>
          <w:ilvl w:val="0"/>
          <w:numId w:val="11"/>
        </w:numPr>
        <w:spacing w:line="360" w:lineRule="auto"/>
        <w:ind w:left="709"/>
        <w:rPr>
          <w:rFonts w:ascii="Noto Sans Malayalam" w:hAnsi="Noto Sans Malayalam" w:cs="Noto Sans Malayalam"/>
        </w:rPr>
      </w:pPr>
      <w:r w:rsidRPr="007A3691">
        <w:rPr>
          <w:rFonts w:ascii="Noto Sans Malayalam" w:hAnsi="Noto Sans Malayalam" w:cs="Noto Sans Malayalam"/>
        </w:rPr>
        <w:t>'</w:t>
      </w:r>
      <w:proofErr w:type="spellStart"/>
      <w:r w:rsidRPr="007A3691">
        <w:rPr>
          <w:rFonts w:ascii="Noto Sans Malayalam" w:hAnsi="Noto Sans Malayalam" w:cs="Noto Sans Malayalam"/>
        </w:rPr>
        <w:t>കൊത്തിയുടച്ചു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കൊറിച്ചിരിക്കുന്നത്</w:t>
      </w:r>
      <w:proofErr w:type="spellEnd"/>
      <w:r w:rsidRPr="007A3691">
        <w:rPr>
          <w:rFonts w:ascii="Noto Sans Malayalam" w:hAnsi="Noto Sans Malayalam" w:cs="Noto Sans Malayalam"/>
        </w:rPr>
        <w:t xml:space="preserve">' </w:t>
      </w:r>
      <w:proofErr w:type="spellStart"/>
      <w:proofErr w:type="gramStart"/>
      <w:r w:rsidRPr="007A3691">
        <w:rPr>
          <w:rFonts w:ascii="Noto Sans Malayalam" w:hAnsi="Noto Sans Malayalam" w:cs="Noto Sans Malayalam"/>
        </w:rPr>
        <w:t>എന്തിനെ</w:t>
      </w:r>
      <w:proofErr w:type="spellEnd"/>
      <w:r w:rsidRPr="007A3691">
        <w:rPr>
          <w:rFonts w:ascii="Noto Sans Malayalam" w:hAnsi="Noto Sans Malayalam" w:cs="Noto Sans Malayalam"/>
        </w:rPr>
        <w:t xml:space="preserve"> ?</w:t>
      </w:r>
      <w:proofErr w:type="gramEnd"/>
    </w:p>
    <w:p w14:paraId="5F2AE44F" w14:textId="144CF5B5" w:rsidR="00EE242A" w:rsidRPr="007A3691" w:rsidRDefault="00000000" w:rsidP="007A3691">
      <w:pPr>
        <w:pStyle w:val="ListParagraph"/>
        <w:numPr>
          <w:ilvl w:val="0"/>
          <w:numId w:val="11"/>
        </w:numPr>
        <w:spacing w:line="360" w:lineRule="auto"/>
        <w:ind w:left="709"/>
        <w:rPr>
          <w:rFonts w:ascii="Noto Sans Malayalam" w:hAnsi="Noto Sans Malayalam" w:cs="Noto Sans Malayalam"/>
        </w:rPr>
      </w:pPr>
      <w:r w:rsidRPr="007A3691">
        <w:rPr>
          <w:rFonts w:ascii="Noto Sans Malayalam" w:hAnsi="Noto Sans Malayalam" w:cs="Noto Sans Malayalam"/>
        </w:rPr>
        <w:t>'</w:t>
      </w:r>
      <w:proofErr w:type="spellStart"/>
      <w:r w:rsidRPr="007A3691">
        <w:rPr>
          <w:rFonts w:ascii="Noto Sans Malayalam" w:hAnsi="Noto Sans Malayalam" w:cs="Noto Sans Malayalam"/>
        </w:rPr>
        <w:t>മുടിയെട്ടും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കോർത്തുകെട്ടി</w:t>
      </w:r>
      <w:proofErr w:type="spellEnd"/>
      <w:r w:rsidRPr="007A3691">
        <w:rPr>
          <w:rFonts w:ascii="Noto Sans Malayalam" w:hAnsi="Noto Sans Malayalam" w:cs="Noto Sans Malayalam"/>
        </w:rPr>
        <w:t xml:space="preserve">' </w:t>
      </w:r>
      <w:proofErr w:type="spellStart"/>
      <w:r w:rsidRPr="007A3691">
        <w:rPr>
          <w:rFonts w:ascii="Noto Sans Malayalam" w:hAnsi="Noto Sans Malayalam" w:cs="Noto Sans Malayalam"/>
        </w:rPr>
        <w:t>സൂചന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proofErr w:type="gramStart"/>
      <w:r w:rsidRPr="007A3691">
        <w:rPr>
          <w:rFonts w:ascii="Noto Sans Malayalam" w:hAnsi="Noto Sans Malayalam" w:cs="Noto Sans Malayalam"/>
        </w:rPr>
        <w:t>എന്ത്</w:t>
      </w:r>
      <w:proofErr w:type="spellEnd"/>
      <w:r w:rsidRPr="007A3691">
        <w:rPr>
          <w:rFonts w:ascii="Noto Sans Malayalam" w:hAnsi="Noto Sans Malayalam" w:cs="Noto Sans Malayalam"/>
        </w:rPr>
        <w:t xml:space="preserve"> ?</w:t>
      </w:r>
      <w:proofErr w:type="gramEnd"/>
    </w:p>
    <w:p w14:paraId="0B859793" w14:textId="368FF9F4" w:rsidR="00EE242A" w:rsidRPr="007A3691" w:rsidRDefault="00000000" w:rsidP="007A3691">
      <w:pPr>
        <w:pStyle w:val="ListParagraph"/>
        <w:numPr>
          <w:ilvl w:val="0"/>
          <w:numId w:val="11"/>
        </w:numPr>
        <w:spacing w:line="360" w:lineRule="auto"/>
        <w:ind w:left="709"/>
        <w:rPr>
          <w:rFonts w:ascii="Noto Sans Malayalam" w:hAnsi="Noto Sans Malayalam" w:cs="Noto Sans Malayalam"/>
        </w:rPr>
      </w:pPr>
      <w:proofErr w:type="spellStart"/>
      <w:r w:rsidRPr="007A3691">
        <w:rPr>
          <w:rFonts w:ascii="Noto Sans Malayalam" w:hAnsi="Noto Sans Malayalam" w:cs="Noto Sans Malayalam"/>
        </w:rPr>
        <w:t>കുന്തി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എന്ന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കവിതയുടെ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proofErr w:type="gramStart"/>
      <w:r w:rsidRPr="007A3691">
        <w:rPr>
          <w:rFonts w:ascii="Noto Sans Malayalam" w:hAnsi="Noto Sans Malayalam" w:cs="Noto Sans Malayalam"/>
        </w:rPr>
        <w:t>കർത്താവാര്</w:t>
      </w:r>
      <w:proofErr w:type="spellEnd"/>
      <w:r w:rsidRPr="007A3691">
        <w:rPr>
          <w:rFonts w:ascii="Noto Sans Malayalam" w:hAnsi="Noto Sans Malayalam" w:cs="Noto Sans Malayalam"/>
        </w:rPr>
        <w:t xml:space="preserve"> ?</w:t>
      </w:r>
      <w:proofErr w:type="gramEnd"/>
    </w:p>
    <w:p w14:paraId="1F1492F5" w14:textId="7326873F" w:rsidR="00EE242A" w:rsidRDefault="00000000" w:rsidP="007A3691">
      <w:pPr>
        <w:pStyle w:val="ListParagraph"/>
        <w:numPr>
          <w:ilvl w:val="0"/>
          <w:numId w:val="11"/>
        </w:numPr>
        <w:spacing w:line="360" w:lineRule="auto"/>
        <w:ind w:left="709"/>
        <w:rPr>
          <w:rFonts w:ascii="Noto Sans Malayalam" w:hAnsi="Noto Sans Malayalam" w:cs="Noto Sans Malayalam"/>
        </w:rPr>
      </w:pPr>
      <w:r w:rsidRPr="007A3691">
        <w:rPr>
          <w:rFonts w:ascii="Noto Sans Malayalam" w:hAnsi="Noto Sans Malayalam" w:cs="Noto Sans Malayalam"/>
        </w:rPr>
        <w:t>'</w:t>
      </w:r>
      <w:proofErr w:type="spellStart"/>
      <w:r w:rsidRPr="007A3691">
        <w:rPr>
          <w:rFonts w:ascii="Noto Sans Malayalam" w:hAnsi="Noto Sans Malayalam" w:cs="Noto Sans Malayalam"/>
        </w:rPr>
        <w:t>ആലപ്പുഴ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വെള്ളം</w:t>
      </w:r>
      <w:proofErr w:type="spellEnd"/>
      <w:r w:rsidRPr="007A3691">
        <w:rPr>
          <w:rFonts w:ascii="Noto Sans Malayalam" w:hAnsi="Noto Sans Malayalam" w:cs="Noto Sans Malayalam"/>
        </w:rPr>
        <w:t xml:space="preserve">' </w:t>
      </w:r>
      <w:proofErr w:type="spellStart"/>
      <w:r w:rsidRPr="007A3691">
        <w:rPr>
          <w:rFonts w:ascii="Noto Sans Malayalam" w:hAnsi="Noto Sans Malayalam" w:cs="Noto Sans Malayalam"/>
        </w:rPr>
        <w:t>എന്ന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കവിതയിലെ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പ്രധാന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കാവ്യബിംബം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ഏതാണ്</w:t>
      </w:r>
      <w:proofErr w:type="spellEnd"/>
      <w:r w:rsidRPr="007A3691">
        <w:rPr>
          <w:rFonts w:ascii="Noto Sans Malayalam" w:hAnsi="Noto Sans Malayalam" w:cs="Noto Sans Malayalam"/>
        </w:rPr>
        <w:t>?</w:t>
      </w:r>
    </w:p>
    <w:p w14:paraId="1C93A3A9" w14:textId="193463F7" w:rsidR="007A3691" w:rsidRPr="007A3691" w:rsidRDefault="007A3691" w:rsidP="007A3691">
      <w:pPr>
        <w:rPr>
          <w:rFonts w:ascii="Noto Sans Malayalam" w:hAnsi="Noto Sans Malayalam" w:cs="Noto Sans Malayalam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</w:t>
      </w:r>
      <w:r w:rsidRPr="000C2E65">
        <w:rPr>
          <w:rFonts w:ascii="Calisto MT" w:hAnsi="Calisto MT" w:cs="Noto Sans Malayalam"/>
          <w:b/>
          <w:bCs/>
          <w:sz w:val="24"/>
          <w:szCs w:val="24"/>
        </w:rPr>
        <w:t>(1X10=10)</w:t>
      </w:r>
    </w:p>
    <w:p w14:paraId="36B1A913" w14:textId="77777777" w:rsidR="007A3691" w:rsidRDefault="007A3691" w:rsidP="007A3691">
      <w:pPr>
        <w:tabs>
          <w:tab w:val="left" w:pos="720"/>
        </w:tabs>
        <w:spacing w:after="0" w:line="360" w:lineRule="auto"/>
        <w:ind w:left="360"/>
        <w:jc w:val="center"/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lang w:bidi="ml-IN"/>
        </w:rPr>
      </w:pPr>
    </w:p>
    <w:p w14:paraId="3A544EEF" w14:textId="7C21C5E4" w:rsidR="007A3691" w:rsidRPr="007A3691" w:rsidRDefault="007A3691" w:rsidP="007A3691">
      <w:pPr>
        <w:tabs>
          <w:tab w:val="left" w:pos="720"/>
        </w:tabs>
        <w:spacing w:after="0" w:line="360" w:lineRule="auto"/>
        <w:ind w:left="360"/>
        <w:jc w:val="center"/>
        <w:rPr>
          <w:rFonts w:ascii="Noto Sans Malayalam" w:hAnsi="Noto Sans Malayalam" w:cs="Noto Sans Malayalam"/>
          <w:b/>
          <w:bCs/>
          <w:sz w:val="24"/>
          <w:szCs w:val="24"/>
        </w:rPr>
      </w:pPr>
      <w:r w:rsidRPr="007A3691"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  <w:lang w:bidi="ml-IN"/>
        </w:rPr>
        <w:t>സെക്ഷൻ</w:t>
      </w:r>
      <w:r w:rsidRPr="007A3691">
        <w:rPr>
          <w:rFonts w:ascii="Noto Sans Malayalam" w:hAnsi="Noto Sans Malayalam" w:cs="Noto Sans Malayalam"/>
          <w:b/>
          <w:bCs/>
          <w:sz w:val="24"/>
          <w:szCs w:val="24"/>
          <w:cs/>
          <w:lang w:bidi="ml-IN"/>
        </w:rPr>
        <w:t xml:space="preserve"> ബി</w:t>
      </w:r>
    </w:p>
    <w:p w14:paraId="4F650C0D" w14:textId="36FAB2F6" w:rsidR="007A3691" w:rsidRDefault="007A3691" w:rsidP="007A3691">
      <w:pPr>
        <w:spacing w:after="0" w:line="240" w:lineRule="auto"/>
        <w:jc w:val="both"/>
        <w:rPr>
          <w:rFonts w:ascii="Noto Sans Malayalam" w:hAnsi="Noto Sans Malayalam" w:cs="Noto Sans Malayalam"/>
          <w:b/>
          <w:bCs/>
          <w:color w:val="000000"/>
          <w:sz w:val="24"/>
          <w:szCs w:val="24"/>
        </w:rPr>
      </w:pPr>
      <w:r w:rsidRPr="007A3691">
        <w:rPr>
          <w:rFonts w:ascii="Noto Sans Malayalam" w:hAnsi="Noto Sans Malayalam" w:cs="Noto Sans Malayalam"/>
          <w:b/>
          <w:bCs/>
          <w:color w:val="000000"/>
          <w:sz w:val="24"/>
          <w:szCs w:val="24"/>
          <w:cs/>
        </w:rPr>
        <w:t xml:space="preserve">ഏതെങ്കിലും </w:t>
      </w:r>
      <w:r w:rsidRPr="007A3691"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</w:rPr>
        <w:t>അഞ്ചു</w:t>
      </w:r>
      <w:r w:rsidRPr="007A3691">
        <w:rPr>
          <w:rFonts w:ascii="Noto Sans Malayalam" w:hAnsi="Noto Sans Malayalam" w:cs="Noto Sans Malayalam"/>
          <w:b/>
          <w:bCs/>
          <w:sz w:val="24"/>
          <w:szCs w:val="24"/>
        </w:rPr>
        <w:t xml:space="preserve"> </w:t>
      </w:r>
      <w:r w:rsidRPr="007A3691">
        <w:rPr>
          <w:rFonts w:ascii="Noto Sans Malayalam" w:hAnsi="Noto Sans Malayalam" w:cs="Noto Sans Malayalam"/>
          <w:b/>
          <w:bCs/>
          <w:color w:val="000000"/>
          <w:sz w:val="24"/>
          <w:szCs w:val="24"/>
          <w:cs/>
        </w:rPr>
        <w:t xml:space="preserve">ചോദ്യത്തിന് </w:t>
      </w:r>
      <w:r w:rsidRPr="007A3691"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</w:rPr>
        <w:t>അരപ്പുറത്തിൽ</w:t>
      </w:r>
      <w:r w:rsidRPr="007A3691">
        <w:rPr>
          <w:rFonts w:ascii="Noto Sans Malayalam" w:hAnsi="Noto Sans Malayalam" w:cs="Noto Sans Malayalam"/>
          <w:b/>
          <w:bCs/>
          <w:sz w:val="24"/>
          <w:szCs w:val="24"/>
        </w:rPr>
        <w:t xml:space="preserve"> </w:t>
      </w:r>
      <w:r w:rsidRPr="007A3691">
        <w:rPr>
          <w:rFonts w:ascii="Noto Sans Malayalam" w:hAnsi="Noto Sans Malayalam" w:cs="Noto Sans Malayalam"/>
          <w:b/>
          <w:bCs/>
          <w:color w:val="000000"/>
          <w:sz w:val="24"/>
          <w:szCs w:val="24"/>
          <w:cs/>
        </w:rPr>
        <w:t xml:space="preserve">ഉത്തരമെഴുതുക. </w:t>
      </w:r>
      <w:r w:rsidRPr="007A3691"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</w:rPr>
        <w:t>രണ്ടു</w:t>
      </w:r>
      <w:r w:rsidRPr="007A3691">
        <w:rPr>
          <w:rFonts w:ascii="Noto Sans Malayalam" w:hAnsi="Noto Sans Malayalam" w:cs="Noto Sans Malayalam"/>
          <w:b/>
          <w:bCs/>
          <w:sz w:val="24"/>
          <w:szCs w:val="24"/>
        </w:rPr>
        <w:t xml:space="preserve"> </w:t>
      </w:r>
      <w:r w:rsidRPr="007A3691">
        <w:rPr>
          <w:rFonts w:ascii="Noto Sans Malayalam" w:hAnsi="Noto Sans Malayalam" w:cs="Noto Sans Malayalam"/>
          <w:b/>
          <w:bCs/>
          <w:color w:val="000000"/>
          <w:sz w:val="24"/>
          <w:szCs w:val="24"/>
          <w:cs/>
        </w:rPr>
        <w:t xml:space="preserve"> മാർക്ക് വീതം</w:t>
      </w:r>
      <w:r>
        <w:rPr>
          <w:rFonts w:ascii="Noto Sans Malayalam" w:hAnsi="Noto Sans Malayalam" w:cs="Noto Sans Malayalam"/>
          <w:b/>
          <w:bCs/>
          <w:color w:val="000000"/>
          <w:sz w:val="24"/>
          <w:szCs w:val="24"/>
        </w:rPr>
        <w:t>.</w:t>
      </w:r>
    </w:p>
    <w:p w14:paraId="688E8274" w14:textId="77777777" w:rsidR="007A3691" w:rsidRPr="007A3691" w:rsidRDefault="007A3691" w:rsidP="007A3691">
      <w:pPr>
        <w:spacing w:after="0" w:line="240" w:lineRule="auto"/>
        <w:jc w:val="both"/>
        <w:rPr>
          <w:rFonts w:ascii="Noto Sans Malayalam" w:hAnsi="Noto Sans Malayalam" w:cs="Noto Sans Malayalam"/>
          <w:b/>
          <w:bCs/>
          <w:color w:val="000000"/>
          <w:sz w:val="24"/>
          <w:szCs w:val="24"/>
        </w:rPr>
      </w:pPr>
    </w:p>
    <w:p w14:paraId="1A7EB93D" w14:textId="45F7FF9A" w:rsidR="00EE242A" w:rsidRPr="007A3691" w:rsidRDefault="00000000" w:rsidP="007A3691">
      <w:pPr>
        <w:pStyle w:val="ListParagraph"/>
        <w:numPr>
          <w:ilvl w:val="0"/>
          <w:numId w:val="11"/>
        </w:numPr>
        <w:spacing w:line="360" w:lineRule="auto"/>
        <w:rPr>
          <w:rFonts w:ascii="Noto Sans Malayalam" w:hAnsi="Noto Sans Malayalam" w:cs="Noto Sans Malayalam"/>
        </w:rPr>
      </w:pPr>
      <w:proofErr w:type="spellStart"/>
      <w:r w:rsidRPr="007A3691">
        <w:rPr>
          <w:rFonts w:ascii="Noto Sans Malayalam" w:hAnsi="Noto Sans Malayalam" w:cs="Noto Sans Malayalam"/>
        </w:rPr>
        <w:t>നവോത്ഥാന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ആശയങ്ങളുടെ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പ്രതിഫലനം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ഗുരുദേവകൃതികളി</w:t>
      </w:r>
      <w:proofErr w:type="spellEnd"/>
      <w:r w:rsidRPr="007A3691">
        <w:rPr>
          <w:rFonts w:ascii="Noto Sans Malayalam" w:hAnsi="Noto Sans Malayalam" w:cs="Noto Sans Malayalam"/>
        </w:rPr>
        <w:t>ൽ എപ്രകാരം കാണുന്നു?</w:t>
      </w:r>
    </w:p>
    <w:p w14:paraId="0A9522BE" w14:textId="63327B63" w:rsidR="00EE242A" w:rsidRPr="007A3691" w:rsidRDefault="00000000" w:rsidP="007A3691">
      <w:pPr>
        <w:pStyle w:val="ListParagraph"/>
        <w:numPr>
          <w:ilvl w:val="0"/>
          <w:numId w:val="11"/>
        </w:numPr>
        <w:spacing w:line="360" w:lineRule="auto"/>
        <w:rPr>
          <w:rFonts w:ascii="Noto Sans Malayalam" w:hAnsi="Noto Sans Malayalam" w:cs="Noto Sans Malayalam"/>
        </w:rPr>
      </w:pPr>
      <w:proofErr w:type="spellStart"/>
      <w:r w:rsidRPr="007A3691">
        <w:rPr>
          <w:rFonts w:ascii="Noto Sans Malayalam" w:hAnsi="Noto Sans Malayalam" w:cs="Noto Sans Malayalam"/>
        </w:rPr>
        <w:t>ദളിത്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സാഹിത്യത്തെ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നിർവ്വചിക്കുക</w:t>
      </w:r>
      <w:proofErr w:type="spellEnd"/>
      <w:r w:rsidR="00DC4174">
        <w:rPr>
          <w:rFonts w:ascii="Noto Sans Malayalam" w:hAnsi="Noto Sans Malayalam" w:cs="Noto Sans Malayalam"/>
        </w:rPr>
        <w:t>.</w:t>
      </w:r>
    </w:p>
    <w:p w14:paraId="166294BD" w14:textId="270CE0BD" w:rsidR="00EE242A" w:rsidRPr="007A3691" w:rsidRDefault="00000000" w:rsidP="007A3691">
      <w:pPr>
        <w:pStyle w:val="ListParagraph"/>
        <w:numPr>
          <w:ilvl w:val="0"/>
          <w:numId w:val="11"/>
        </w:numPr>
        <w:spacing w:line="360" w:lineRule="auto"/>
        <w:rPr>
          <w:rFonts w:ascii="Noto Sans Malayalam" w:hAnsi="Noto Sans Malayalam" w:cs="Noto Sans Malayalam"/>
        </w:rPr>
      </w:pPr>
      <w:proofErr w:type="spellStart"/>
      <w:r w:rsidRPr="007A3691">
        <w:rPr>
          <w:rFonts w:ascii="Noto Sans Malayalam" w:hAnsi="Noto Sans Malayalam" w:cs="Noto Sans Malayalam"/>
        </w:rPr>
        <w:t>മനുഷ്യജീവിതത്തിന്റെ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നശ്വരതയെ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കവി</w:t>
      </w:r>
      <w:proofErr w:type="spellEnd"/>
      <w:r w:rsidRPr="007A3691">
        <w:rPr>
          <w:rFonts w:ascii="Noto Sans Malayalam" w:hAnsi="Noto Sans Malayalam" w:cs="Noto Sans Malayalam"/>
        </w:rPr>
        <w:t xml:space="preserve"> '</w:t>
      </w:r>
      <w:proofErr w:type="spellStart"/>
      <w:r w:rsidRPr="007A3691">
        <w:rPr>
          <w:rFonts w:ascii="Noto Sans Malayalam" w:hAnsi="Noto Sans Malayalam" w:cs="Noto Sans Malayalam"/>
        </w:rPr>
        <w:t>വീണപൂവി'ലൂടെ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എപ്രകാരം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ആവിഷ്ക്കരിച്ചിരിക്കുന്നു</w:t>
      </w:r>
      <w:proofErr w:type="spellEnd"/>
      <w:r w:rsidRPr="007A3691">
        <w:rPr>
          <w:rFonts w:ascii="Noto Sans Malayalam" w:hAnsi="Noto Sans Malayalam" w:cs="Noto Sans Malayalam"/>
        </w:rPr>
        <w:t>?</w:t>
      </w:r>
    </w:p>
    <w:p w14:paraId="5EF0D599" w14:textId="7E2CC4EA" w:rsidR="00EE242A" w:rsidRPr="007A3691" w:rsidRDefault="00000000" w:rsidP="007A3691">
      <w:pPr>
        <w:pStyle w:val="ListParagraph"/>
        <w:numPr>
          <w:ilvl w:val="0"/>
          <w:numId w:val="11"/>
        </w:numPr>
        <w:spacing w:line="360" w:lineRule="auto"/>
        <w:rPr>
          <w:rFonts w:ascii="Noto Sans Malayalam" w:hAnsi="Noto Sans Malayalam" w:cs="Noto Sans Malayalam"/>
        </w:rPr>
      </w:pPr>
      <w:proofErr w:type="spellStart"/>
      <w:r w:rsidRPr="007A3691">
        <w:rPr>
          <w:rFonts w:ascii="Noto Sans Malayalam" w:hAnsi="Noto Sans Malayalam" w:cs="Noto Sans Malayalam"/>
        </w:rPr>
        <w:t>ഗ്രാമത്തിന്റെ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ആത്മാവ്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തൊട്ടറിയിക്കുന്ന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കവിതയാണ്</w:t>
      </w:r>
      <w:proofErr w:type="spellEnd"/>
      <w:r w:rsidRPr="007A3691">
        <w:rPr>
          <w:rFonts w:ascii="Noto Sans Malayalam" w:hAnsi="Noto Sans Malayalam" w:cs="Noto Sans Malayalam"/>
        </w:rPr>
        <w:t xml:space="preserve"> 'കടമ്മനിട്ട'. </w:t>
      </w:r>
      <w:proofErr w:type="spellStart"/>
      <w:r w:rsidRPr="007A3691">
        <w:rPr>
          <w:rFonts w:ascii="Noto Sans Malayalam" w:hAnsi="Noto Sans Malayalam" w:cs="Noto Sans Malayalam"/>
        </w:rPr>
        <w:t>നിരീക്ഷിക്കുക</w:t>
      </w:r>
      <w:proofErr w:type="spellEnd"/>
      <w:r w:rsidR="00DC4174">
        <w:rPr>
          <w:rFonts w:ascii="Noto Sans Malayalam" w:hAnsi="Noto Sans Malayalam" w:cs="Noto Sans Malayalam"/>
        </w:rPr>
        <w:t>.</w:t>
      </w:r>
    </w:p>
    <w:p w14:paraId="583F3E99" w14:textId="02375E23" w:rsidR="00EE242A" w:rsidRPr="007A3691" w:rsidRDefault="00000000" w:rsidP="007A3691">
      <w:pPr>
        <w:pStyle w:val="ListParagraph"/>
        <w:numPr>
          <w:ilvl w:val="0"/>
          <w:numId w:val="11"/>
        </w:numPr>
        <w:spacing w:line="360" w:lineRule="auto"/>
        <w:rPr>
          <w:rFonts w:ascii="Noto Sans Malayalam" w:hAnsi="Noto Sans Malayalam" w:cs="Noto Sans Malayalam"/>
        </w:rPr>
      </w:pPr>
      <w:r w:rsidRPr="007A3691">
        <w:rPr>
          <w:rFonts w:ascii="Noto Sans Malayalam" w:hAnsi="Noto Sans Malayalam" w:cs="Noto Sans Malayalam"/>
        </w:rPr>
        <w:t>'</w:t>
      </w:r>
      <w:proofErr w:type="spellStart"/>
      <w:r w:rsidRPr="007A3691">
        <w:rPr>
          <w:rFonts w:ascii="Noto Sans Malayalam" w:hAnsi="Noto Sans Malayalam" w:cs="Noto Sans Malayalam"/>
        </w:rPr>
        <w:t>കപില</w:t>
      </w:r>
      <w:proofErr w:type="spellEnd"/>
      <w:r w:rsidRPr="007A3691">
        <w:rPr>
          <w:rFonts w:ascii="Noto Sans Malayalam" w:hAnsi="Noto Sans Malayalam" w:cs="Noto Sans Malayalam"/>
        </w:rPr>
        <w:t xml:space="preserve">ർ തൻ </w:t>
      </w:r>
      <w:proofErr w:type="spellStart"/>
      <w:r w:rsidRPr="007A3691">
        <w:rPr>
          <w:rFonts w:ascii="Noto Sans Malayalam" w:hAnsi="Noto Sans Malayalam" w:cs="Noto Sans Malayalam"/>
        </w:rPr>
        <w:t>മരുതുമിലഞ്ഞിക്കും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നനച്ചോരെ</w:t>
      </w:r>
      <w:proofErr w:type="spellEnd"/>
      <w:r w:rsidRPr="007A3691">
        <w:rPr>
          <w:rFonts w:ascii="Noto Sans Malayalam" w:hAnsi="Noto Sans Malayalam" w:cs="Noto Sans Malayalam"/>
        </w:rPr>
        <w:t>ൻ തായ്‌നദി'- സൂചന എന്ത്?</w:t>
      </w:r>
    </w:p>
    <w:p w14:paraId="0D5162A1" w14:textId="15D80BB6" w:rsidR="00EE242A" w:rsidRPr="007A3691" w:rsidRDefault="00000000" w:rsidP="007A3691">
      <w:pPr>
        <w:pStyle w:val="ListParagraph"/>
        <w:numPr>
          <w:ilvl w:val="0"/>
          <w:numId w:val="11"/>
        </w:numPr>
        <w:spacing w:line="360" w:lineRule="auto"/>
        <w:rPr>
          <w:rFonts w:ascii="Noto Sans Malayalam" w:hAnsi="Noto Sans Malayalam" w:cs="Noto Sans Malayalam"/>
        </w:rPr>
      </w:pPr>
      <w:r w:rsidRPr="007A3691">
        <w:rPr>
          <w:rFonts w:ascii="Noto Sans Malayalam" w:hAnsi="Noto Sans Malayalam" w:cs="Noto Sans Malayalam"/>
        </w:rPr>
        <w:t>'</w:t>
      </w:r>
      <w:proofErr w:type="spellStart"/>
      <w:r w:rsidRPr="007A3691">
        <w:rPr>
          <w:rFonts w:ascii="Noto Sans Malayalam" w:hAnsi="Noto Sans Malayalam" w:cs="Noto Sans Malayalam"/>
        </w:rPr>
        <w:t>ഐസ്ക്യൂബി'ലെ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പ്രണയത്തെ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എങ്ങനെ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അടയാളപ്പെടുത്തിയിരിക്കുന്നു</w:t>
      </w:r>
      <w:proofErr w:type="spellEnd"/>
      <w:r w:rsidRPr="007A3691">
        <w:rPr>
          <w:rFonts w:ascii="Noto Sans Malayalam" w:hAnsi="Noto Sans Malayalam" w:cs="Noto Sans Malayalam"/>
        </w:rPr>
        <w:t>.</w:t>
      </w:r>
    </w:p>
    <w:p w14:paraId="06417550" w14:textId="1DC1EE36" w:rsidR="00EE242A" w:rsidRPr="007A3691" w:rsidRDefault="00000000" w:rsidP="007A3691">
      <w:pPr>
        <w:pStyle w:val="ListParagraph"/>
        <w:numPr>
          <w:ilvl w:val="0"/>
          <w:numId w:val="11"/>
        </w:numPr>
        <w:spacing w:line="360" w:lineRule="auto"/>
        <w:rPr>
          <w:rFonts w:ascii="Noto Sans Malayalam" w:hAnsi="Noto Sans Malayalam" w:cs="Noto Sans Malayalam"/>
        </w:rPr>
      </w:pPr>
      <w:r w:rsidRPr="007A3691">
        <w:rPr>
          <w:rFonts w:ascii="Noto Sans Malayalam" w:hAnsi="Noto Sans Malayalam" w:cs="Noto Sans Malayalam"/>
        </w:rPr>
        <w:t>'</w:t>
      </w:r>
      <w:proofErr w:type="spellStart"/>
      <w:r w:rsidRPr="007A3691">
        <w:rPr>
          <w:rFonts w:ascii="Noto Sans Malayalam" w:hAnsi="Noto Sans Malayalam" w:cs="Noto Sans Malayalam"/>
        </w:rPr>
        <w:t>ദൈവദശകം</w:t>
      </w:r>
      <w:proofErr w:type="spellEnd"/>
      <w:r w:rsidRPr="007A3691">
        <w:rPr>
          <w:rFonts w:ascii="Noto Sans Malayalam" w:hAnsi="Noto Sans Malayalam" w:cs="Noto Sans Malayalam"/>
        </w:rPr>
        <w:t xml:space="preserve">' </w:t>
      </w:r>
      <w:proofErr w:type="spellStart"/>
      <w:r w:rsidRPr="007A3691">
        <w:rPr>
          <w:rFonts w:ascii="Noto Sans Malayalam" w:hAnsi="Noto Sans Malayalam" w:cs="Noto Sans Malayalam"/>
        </w:rPr>
        <w:t>എന്ന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കൃതിയുടെ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സമകാലിക</w:t>
      </w:r>
      <w:proofErr w:type="spellEnd"/>
      <w:r w:rsidRPr="007A3691">
        <w:rPr>
          <w:rFonts w:ascii="Noto Sans Malayalam" w:hAnsi="Noto Sans Malayalam" w:cs="Noto Sans Malayalam"/>
        </w:rPr>
        <w:t xml:space="preserve"> പ്രസക്തി?</w:t>
      </w:r>
    </w:p>
    <w:p w14:paraId="183E21BB" w14:textId="362125CD" w:rsidR="00EE242A" w:rsidRPr="007A3691" w:rsidRDefault="00000000" w:rsidP="007A3691">
      <w:pPr>
        <w:pStyle w:val="ListParagraph"/>
        <w:numPr>
          <w:ilvl w:val="0"/>
          <w:numId w:val="11"/>
        </w:numPr>
        <w:spacing w:line="360" w:lineRule="auto"/>
        <w:rPr>
          <w:rFonts w:ascii="Noto Sans Malayalam" w:hAnsi="Noto Sans Malayalam" w:cs="Noto Sans Malayalam"/>
        </w:rPr>
      </w:pPr>
      <w:proofErr w:type="spellStart"/>
      <w:r w:rsidRPr="007A3691">
        <w:rPr>
          <w:rFonts w:ascii="Noto Sans Malayalam" w:hAnsi="Noto Sans Malayalam" w:cs="Noto Sans Malayalam"/>
        </w:rPr>
        <w:t>കാല്പ്പനിക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പ്രസ്ഥാനത്തിൻ്റെ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പ്രത്യേകതക</w:t>
      </w:r>
      <w:proofErr w:type="spellEnd"/>
      <w:r w:rsidRPr="007A3691">
        <w:rPr>
          <w:rFonts w:ascii="Noto Sans Malayalam" w:hAnsi="Noto Sans Malayalam" w:cs="Noto Sans Malayalam"/>
        </w:rPr>
        <w:t xml:space="preserve">ൾ </w:t>
      </w:r>
      <w:proofErr w:type="spellStart"/>
      <w:r w:rsidRPr="007A3691">
        <w:rPr>
          <w:rFonts w:ascii="Noto Sans Malayalam" w:hAnsi="Noto Sans Malayalam" w:cs="Noto Sans Malayalam"/>
        </w:rPr>
        <w:t>എന്തൊക്കെ</w:t>
      </w:r>
      <w:proofErr w:type="spellEnd"/>
      <w:r w:rsidRPr="007A3691">
        <w:rPr>
          <w:rFonts w:ascii="Noto Sans Malayalam" w:hAnsi="Noto Sans Malayalam" w:cs="Noto Sans Malayalam"/>
        </w:rPr>
        <w:t>?</w:t>
      </w:r>
    </w:p>
    <w:p w14:paraId="22A0C818" w14:textId="3416786B" w:rsidR="00EE242A" w:rsidRPr="007A3691" w:rsidRDefault="00000000" w:rsidP="007A3691">
      <w:pPr>
        <w:pStyle w:val="ListParagraph"/>
        <w:numPr>
          <w:ilvl w:val="0"/>
          <w:numId w:val="11"/>
        </w:numPr>
        <w:spacing w:line="360" w:lineRule="auto"/>
        <w:rPr>
          <w:rFonts w:ascii="Noto Sans Malayalam" w:hAnsi="Noto Sans Malayalam" w:cs="Noto Sans Malayalam"/>
        </w:rPr>
      </w:pPr>
      <w:r w:rsidRPr="007A3691">
        <w:rPr>
          <w:rFonts w:ascii="Noto Sans Malayalam" w:hAnsi="Noto Sans Malayalam" w:cs="Noto Sans Malayalam"/>
        </w:rPr>
        <w:t>'</w:t>
      </w:r>
      <w:proofErr w:type="spellStart"/>
      <w:r w:rsidRPr="007A3691">
        <w:rPr>
          <w:rFonts w:ascii="Noto Sans Malayalam" w:hAnsi="Noto Sans Malayalam" w:cs="Noto Sans Malayalam"/>
        </w:rPr>
        <w:t>മനസ്വനി'യി</w:t>
      </w:r>
      <w:proofErr w:type="spellEnd"/>
      <w:r w:rsidRPr="007A3691">
        <w:rPr>
          <w:rFonts w:ascii="Noto Sans Malayalam" w:hAnsi="Noto Sans Malayalam" w:cs="Noto Sans Malayalam"/>
        </w:rPr>
        <w:t xml:space="preserve">ൽ </w:t>
      </w:r>
      <w:proofErr w:type="spellStart"/>
      <w:r w:rsidRPr="007A3691">
        <w:rPr>
          <w:rFonts w:ascii="Noto Sans Malayalam" w:hAnsi="Noto Sans Malayalam" w:cs="Noto Sans Malayalam"/>
        </w:rPr>
        <w:t>തെളിയുന്ന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കവിയുടെ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രണ്ട്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കാലഘട്ടങ്ങ</w:t>
      </w:r>
      <w:proofErr w:type="spellEnd"/>
      <w:r w:rsidRPr="007A3691">
        <w:rPr>
          <w:rFonts w:ascii="Noto Sans Malayalam" w:hAnsi="Noto Sans Malayalam" w:cs="Noto Sans Malayalam"/>
        </w:rPr>
        <w:t xml:space="preserve">ൾ </w:t>
      </w:r>
      <w:proofErr w:type="spellStart"/>
      <w:r w:rsidRPr="007A3691">
        <w:rPr>
          <w:rFonts w:ascii="Noto Sans Malayalam" w:hAnsi="Noto Sans Malayalam" w:cs="Noto Sans Malayalam"/>
        </w:rPr>
        <w:t>ഏതൊക്കെ</w:t>
      </w:r>
      <w:proofErr w:type="spellEnd"/>
      <w:r w:rsidRPr="007A3691">
        <w:rPr>
          <w:rFonts w:ascii="Noto Sans Malayalam" w:hAnsi="Noto Sans Malayalam" w:cs="Noto Sans Malayalam"/>
        </w:rPr>
        <w:t>?</w:t>
      </w:r>
    </w:p>
    <w:p w14:paraId="0D290D4D" w14:textId="0471BB72" w:rsidR="00EE242A" w:rsidRPr="007A3691" w:rsidRDefault="00000000" w:rsidP="007A3691">
      <w:pPr>
        <w:pStyle w:val="ListParagraph"/>
        <w:numPr>
          <w:ilvl w:val="0"/>
          <w:numId w:val="11"/>
        </w:numPr>
        <w:spacing w:line="360" w:lineRule="auto"/>
        <w:rPr>
          <w:rFonts w:ascii="Noto Sans Malayalam" w:hAnsi="Noto Sans Malayalam" w:cs="Noto Sans Malayalam"/>
        </w:rPr>
      </w:pPr>
      <w:proofErr w:type="spellStart"/>
      <w:r w:rsidRPr="007A3691">
        <w:rPr>
          <w:rFonts w:ascii="Noto Sans Malayalam" w:hAnsi="Noto Sans Malayalam" w:cs="Noto Sans Malayalam"/>
        </w:rPr>
        <w:t>ചങ്കുപൊട്ടിപ്പാട്ടുക</w:t>
      </w:r>
      <w:proofErr w:type="spellEnd"/>
      <w:r w:rsidRPr="007A3691">
        <w:rPr>
          <w:rFonts w:ascii="Noto Sans Malayalam" w:hAnsi="Noto Sans Malayalam" w:cs="Noto Sans Malayalam"/>
        </w:rPr>
        <w:t>ൾ '</w:t>
      </w:r>
      <w:proofErr w:type="spellStart"/>
      <w:r w:rsidRPr="007A3691">
        <w:rPr>
          <w:rFonts w:ascii="Noto Sans Malayalam" w:hAnsi="Noto Sans Malayalam" w:cs="Noto Sans Malayalam"/>
        </w:rPr>
        <w:t>ആലപ്പുഴവെള്ളം</w:t>
      </w:r>
      <w:proofErr w:type="spellEnd"/>
      <w:r w:rsidRPr="007A3691">
        <w:rPr>
          <w:rFonts w:ascii="Noto Sans Malayalam" w:hAnsi="Noto Sans Malayalam" w:cs="Noto Sans Malayalam"/>
        </w:rPr>
        <w:t xml:space="preserve">' </w:t>
      </w:r>
      <w:proofErr w:type="spellStart"/>
      <w:r w:rsidRPr="007A3691">
        <w:rPr>
          <w:rFonts w:ascii="Noto Sans Malayalam" w:hAnsi="Noto Sans Malayalam" w:cs="Noto Sans Malayalam"/>
        </w:rPr>
        <w:t>എന്ന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കവിതയി</w:t>
      </w:r>
      <w:proofErr w:type="spellEnd"/>
      <w:r w:rsidRPr="007A3691">
        <w:rPr>
          <w:rFonts w:ascii="Noto Sans Malayalam" w:hAnsi="Noto Sans Malayalam" w:cs="Noto Sans Malayalam"/>
        </w:rPr>
        <w:t>ൽ സൂചന എന്ത്?</w:t>
      </w:r>
    </w:p>
    <w:p w14:paraId="4916B5F8" w14:textId="2E9E32C1" w:rsidR="007A3691" w:rsidRDefault="007A3691" w:rsidP="007A3691">
      <w:pPr>
        <w:spacing w:after="0" w:line="360" w:lineRule="auto"/>
        <w:ind w:left="360"/>
        <w:jc w:val="center"/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lang w:bidi="ml-IN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 w:rsidRPr="000C2E65">
        <w:rPr>
          <w:rFonts w:ascii="Calisto MT" w:hAnsi="Calisto MT" w:cs="Noto Sans Malayalam"/>
          <w:b/>
          <w:bCs/>
          <w:sz w:val="24"/>
          <w:szCs w:val="24"/>
        </w:rPr>
        <w:t>(2X5=10)</w:t>
      </w:r>
    </w:p>
    <w:p w14:paraId="18E30C4F" w14:textId="3A22189B" w:rsidR="007A3691" w:rsidRPr="007A3691" w:rsidRDefault="007A3691" w:rsidP="007A3691">
      <w:pPr>
        <w:spacing w:after="0" w:line="360" w:lineRule="auto"/>
        <w:ind w:left="360"/>
        <w:jc w:val="center"/>
        <w:rPr>
          <w:rFonts w:ascii="Noto Sans Malayalam" w:hAnsi="Noto Sans Malayalam" w:cs="Noto Sans Malayalam"/>
          <w:b/>
          <w:bCs/>
          <w:sz w:val="24"/>
          <w:szCs w:val="24"/>
        </w:rPr>
      </w:pPr>
      <w:r w:rsidRPr="007A3691"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  <w:lang w:bidi="ml-IN"/>
        </w:rPr>
        <w:t>സെക്ഷൻ</w:t>
      </w:r>
      <w:r w:rsidRPr="007A3691">
        <w:rPr>
          <w:rFonts w:ascii="Noto Sans Malayalam" w:hAnsi="Noto Sans Malayalam" w:cs="Noto Sans Malayalam"/>
          <w:b/>
          <w:bCs/>
          <w:sz w:val="24"/>
          <w:szCs w:val="24"/>
          <w:cs/>
          <w:lang w:bidi="ml-IN"/>
        </w:rPr>
        <w:t xml:space="preserve"> സി</w:t>
      </w:r>
    </w:p>
    <w:p w14:paraId="595BFC94" w14:textId="060DD761" w:rsidR="007A3691" w:rsidRDefault="007A3691" w:rsidP="007A3691">
      <w:pPr>
        <w:spacing w:after="0" w:line="240" w:lineRule="auto"/>
        <w:jc w:val="both"/>
        <w:rPr>
          <w:rFonts w:ascii="Noto Sans Malayalam" w:hAnsi="Noto Sans Malayalam" w:cs="Noto Sans Malayalam"/>
          <w:b/>
          <w:bCs/>
          <w:sz w:val="24"/>
          <w:szCs w:val="24"/>
        </w:rPr>
      </w:pPr>
      <w:r w:rsidRPr="007A3691">
        <w:rPr>
          <w:rFonts w:ascii="Noto Sans Malayalam" w:hAnsi="Noto Sans Malayalam" w:cs="Noto Sans Malayalam"/>
          <w:b/>
          <w:bCs/>
          <w:sz w:val="24"/>
          <w:szCs w:val="24"/>
          <w:cs/>
        </w:rPr>
        <w:t xml:space="preserve">ഏതെങ്കിലും ആറ് ചോദ്യത്തിന് </w:t>
      </w:r>
      <w:r w:rsidRPr="007A3691"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</w:rPr>
        <w:t>ഒരു</w:t>
      </w:r>
      <w:r w:rsidRPr="007A3691">
        <w:rPr>
          <w:rFonts w:ascii="Noto Sans Malayalam" w:hAnsi="Noto Sans Malayalam" w:cs="Noto Sans Malayalam"/>
          <w:b/>
          <w:bCs/>
          <w:sz w:val="24"/>
          <w:szCs w:val="24"/>
        </w:rPr>
        <w:t xml:space="preserve"> </w:t>
      </w:r>
      <w:r w:rsidRPr="007A3691"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</w:rPr>
        <w:t>പുറത്തിൽ</w:t>
      </w:r>
      <w:r w:rsidRPr="007A3691">
        <w:rPr>
          <w:rFonts w:ascii="Noto Sans Malayalam" w:hAnsi="Noto Sans Malayalam" w:cs="Noto Sans Malayalam"/>
          <w:b/>
          <w:bCs/>
          <w:sz w:val="24"/>
          <w:szCs w:val="24"/>
        </w:rPr>
        <w:t xml:space="preserve"> </w:t>
      </w:r>
      <w:r w:rsidRPr="007A3691">
        <w:rPr>
          <w:rFonts w:ascii="Noto Sans Malayalam" w:hAnsi="Noto Sans Malayalam" w:cs="Noto Sans Malayalam"/>
          <w:b/>
          <w:bCs/>
          <w:sz w:val="24"/>
          <w:szCs w:val="24"/>
          <w:cs/>
        </w:rPr>
        <w:t xml:space="preserve">ഉത്തരമെഴുതുക. </w:t>
      </w:r>
      <w:r w:rsidRPr="007A3691">
        <w:rPr>
          <w:rFonts w:ascii="Noto Sans Malayalam" w:hAnsi="Noto Sans Malayalam" w:cs="Noto Sans Malayalam"/>
          <w:b/>
          <w:bCs/>
          <w:sz w:val="24"/>
          <w:szCs w:val="24"/>
        </w:rPr>
        <w:t xml:space="preserve"> </w:t>
      </w:r>
      <w:r w:rsidRPr="007A3691"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</w:rPr>
        <w:t>അഞ്ചു</w:t>
      </w:r>
      <w:r>
        <w:t xml:space="preserve"> </w:t>
      </w:r>
      <w:r w:rsidRPr="007A3691">
        <w:rPr>
          <w:rFonts w:ascii="Noto Sans Malayalam" w:hAnsi="Noto Sans Malayalam" w:cs="Noto Sans Malayalam"/>
          <w:b/>
          <w:bCs/>
          <w:sz w:val="24"/>
          <w:szCs w:val="24"/>
          <w:cs/>
        </w:rPr>
        <w:t>മാർക്ക് വീതം</w:t>
      </w:r>
      <w:r>
        <w:rPr>
          <w:rFonts w:ascii="Noto Sans Malayalam" w:hAnsi="Noto Sans Malayalam" w:cs="Noto Sans Malayalam"/>
          <w:b/>
          <w:bCs/>
          <w:sz w:val="24"/>
          <w:szCs w:val="24"/>
        </w:rPr>
        <w:t>.</w:t>
      </w:r>
    </w:p>
    <w:p w14:paraId="61C16B50" w14:textId="77777777" w:rsidR="007A3691" w:rsidRPr="007A3691" w:rsidRDefault="007A3691" w:rsidP="007A3691">
      <w:pPr>
        <w:spacing w:after="0" w:line="240" w:lineRule="auto"/>
        <w:jc w:val="both"/>
        <w:rPr>
          <w:rFonts w:ascii="Noto Sans Malayalam" w:hAnsi="Noto Sans Malayalam" w:cs="Noto Sans Malayalam"/>
          <w:b/>
          <w:bCs/>
          <w:sz w:val="24"/>
          <w:szCs w:val="24"/>
        </w:rPr>
      </w:pPr>
    </w:p>
    <w:p w14:paraId="04D40482" w14:textId="77403C66" w:rsidR="00EE242A" w:rsidRPr="007A3691" w:rsidRDefault="00000000" w:rsidP="007A3691">
      <w:pPr>
        <w:pStyle w:val="ListParagraph"/>
        <w:numPr>
          <w:ilvl w:val="0"/>
          <w:numId w:val="11"/>
        </w:numPr>
        <w:spacing w:line="360" w:lineRule="auto"/>
        <w:rPr>
          <w:rFonts w:ascii="Noto Sans Malayalam" w:hAnsi="Noto Sans Malayalam" w:cs="Noto Sans Malayalam"/>
        </w:rPr>
      </w:pPr>
      <w:proofErr w:type="spellStart"/>
      <w:r w:rsidRPr="007A3691">
        <w:rPr>
          <w:rFonts w:ascii="Noto Sans Malayalam" w:hAnsi="Noto Sans Malayalam" w:cs="Noto Sans Malayalam"/>
        </w:rPr>
        <w:t>നവോത്ഥാന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മൂല്യങ്ങളുടെ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പ്രതിഫലനമാണ്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ഗുരുദേവകൃതികളി</w:t>
      </w:r>
      <w:proofErr w:type="spellEnd"/>
      <w:r w:rsidRPr="007A3691">
        <w:rPr>
          <w:rFonts w:ascii="Noto Sans Malayalam" w:hAnsi="Noto Sans Malayalam" w:cs="Noto Sans Malayalam"/>
        </w:rPr>
        <w:t xml:space="preserve">ൽ </w:t>
      </w:r>
      <w:proofErr w:type="spellStart"/>
      <w:r w:rsidRPr="007A3691">
        <w:rPr>
          <w:rFonts w:ascii="Noto Sans Malayalam" w:hAnsi="Noto Sans Malayalam" w:cs="Noto Sans Malayalam"/>
        </w:rPr>
        <w:t>കാണുന്നത്</w:t>
      </w:r>
      <w:proofErr w:type="spellEnd"/>
      <w:r w:rsidR="007A3691">
        <w:rPr>
          <w:rFonts w:ascii="Noto Sans Malayalam" w:hAnsi="Noto Sans Malayalam" w:cs="Noto Sans Malayalam"/>
        </w:rPr>
        <w:t>.</w:t>
      </w:r>
      <w:r w:rsidRPr="007A3691">
        <w:rPr>
          <w:rFonts w:ascii="Noto Sans Malayalam" w:hAnsi="Noto Sans Malayalam" w:cs="Noto Sans Malayalam"/>
        </w:rPr>
        <w:t xml:space="preserve"> വിശദീകരിക്കുക?</w:t>
      </w:r>
    </w:p>
    <w:p w14:paraId="54BD9E21" w14:textId="765A09DE" w:rsidR="00EE242A" w:rsidRPr="007A3691" w:rsidRDefault="00000000" w:rsidP="007A3691">
      <w:pPr>
        <w:pStyle w:val="ListParagraph"/>
        <w:numPr>
          <w:ilvl w:val="0"/>
          <w:numId w:val="11"/>
        </w:numPr>
        <w:spacing w:line="360" w:lineRule="auto"/>
        <w:rPr>
          <w:rFonts w:ascii="Noto Sans Malayalam" w:hAnsi="Noto Sans Malayalam" w:cs="Noto Sans Malayalam"/>
        </w:rPr>
      </w:pPr>
      <w:proofErr w:type="spellStart"/>
      <w:r w:rsidRPr="007A3691">
        <w:rPr>
          <w:rFonts w:ascii="Noto Sans Malayalam" w:hAnsi="Noto Sans Malayalam" w:cs="Noto Sans Malayalam"/>
        </w:rPr>
        <w:t>ആധുനികതയുടെ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പൊതുസ്വഭാവം</w:t>
      </w:r>
      <w:proofErr w:type="spellEnd"/>
      <w:r w:rsidRPr="007A3691">
        <w:rPr>
          <w:rFonts w:ascii="Noto Sans Malayalam" w:hAnsi="Noto Sans Malayalam" w:cs="Noto Sans Malayalam"/>
        </w:rPr>
        <w:t xml:space="preserve"> '</w:t>
      </w:r>
      <w:proofErr w:type="spellStart"/>
      <w:r w:rsidRPr="007A3691">
        <w:rPr>
          <w:rFonts w:ascii="Noto Sans Malayalam" w:hAnsi="Noto Sans Malayalam" w:cs="Noto Sans Malayalam"/>
        </w:rPr>
        <w:t>ബുദ്ധനും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ആട്ടിൻകുട്ടിയും</w:t>
      </w:r>
      <w:proofErr w:type="spellEnd"/>
      <w:r w:rsidRPr="007A3691">
        <w:rPr>
          <w:rFonts w:ascii="Noto Sans Malayalam" w:hAnsi="Noto Sans Malayalam" w:cs="Noto Sans Malayalam"/>
        </w:rPr>
        <w:t xml:space="preserve">' </w:t>
      </w:r>
      <w:proofErr w:type="spellStart"/>
      <w:r w:rsidRPr="007A3691">
        <w:rPr>
          <w:rFonts w:ascii="Noto Sans Malayalam" w:hAnsi="Noto Sans Malayalam" w:cs="Noto Sans Malayalam"/>
        </w:rPr>
        <w:t>കവിതയെ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മുൻനിർത്തി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വിലയിരുത്തുക</w:t>
      </w:r>
      <w:proofErr w:type="spellEnd"/>
      <w:r w:rsidRPr="007A3691">
        <w:rPr>
          <w:rFonts w:ascii="Noto Sans Malayalam" w:hAnsi="Noto Sans Malayalam" w:cs="Noto Sans Malayalam"/>
        </w:rPr>
        <w:t>.</w:t>
      </w:r>
    </w:p>
    <w:p w14:paraId="09684CF4" w14:textId="742290AF" w:rsidR="00EE242A" w:rsidRPr="007A3691" w:rsidRDefault="00000000" w:rsidP="007A3691">
      <w:pPr>
        <w:pStyle w:val="ListParagraph"/>
        <w:numPr>
          <w:ilvl w:val="0"/>
          <w:numId w:val="11"/>
        </w:numPr>
        <w:spacing w:line="360" w:lineRule="auto"/>
        <w:rPr>
          <w:rFonts w:ascii="Noto Sans Malayalam" w:hAnsi="Noto Sans Malayalam" w:cs="Noto Sans Malayalam"/>
        </w:rPr>
      </w:pPr>
      <w:proofErr w:type="spellStart"/>
      <w:r w:rsidRPr="007A3691">
        <w:rPr>
          <w:rFonts w:ascii="Noto Sans Malayalam" w:hAnsi="Noto Sans Malayalam" w:cs="Noto Sans Malayalam"/>
        </w:rPr>
        <w:t>ഉത്താരാധുനിക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മനുഷ്യജീവിതത്തിന്റെ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അടയാളങ്ങളാണോ</w:t>
      </w:r>
      <w:proofErr w:type="spellEnd"/>
      <w:r w:rsidRPr="007A3691">
        <w:rPr>
          <w:rFonts w:ascii="Noto Sans Malayalam" w:hAnsi="Noto Sans Malayalam" w:cs="Noto Sans Malayalam"/>
        </w:rPr>
        <w:t xml:space="preserve"> '</w:t>
      </w:r>
      <w:proofErr w:type="spellStart"/>
      <w:r w:rsidRPr="007A3691">
        <w:rPr>
          <w:rFonts w:ascii="Noto Sans Malayalam" w:hAnsi="Noto Sans Malayalam" w:cs="Noto Sans Malayalam"/>
        </w:rPr>
        <w:t>കൊതിയ'നിലെ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ബിംബകൽപനക</w:t>
      </w:r>
      <w:proofErr w:type="spellEnd"/>
      <w:r w:rsidRPr="007A3691">
        <w:rPr>
          <w:rFonts w:ascii="Noto Sans Malayalam" w:hAnsi="Noto Sans Malayalam" w:cs="Noto Sans Malayalam"/>
        </w:rPr>
        <w:t>ൾ</w:t>
      </w:r>
      <w:r w:rsidR="007A3691">
        <w:rPr>
          <w:rFonts w:ascii="Noto Sans Malayalam" w:hAnsi="Noto Sans Malayalam" w:cs="Noto Sans Malayalam"/>
        </w:rPr>
        <w:t>.</w:t>
      </w:r>
    </w:p>
    <w:p w14:paraId="015CF4E0" w14:textId="6AFACF94" w:rsidR="00EE242A" w:rsidRPr="007A3691" w:rsidRDefault="00000000" w:rsidP="007A3691">
      <w:pPr>
        <w:pStyle w:val="ListParagraph"/>
        <w:numPr>
          <w:ilvl w:val="0"/>
          <w:numId w:val="11"/>
        </w:numPr>
        <w:spacing w:line="360" w:lineRule="auto"/>
        <w:rPr>
          <w:rFonts w:ascii="Noto Sans Malayalam" w:hAnsi="Noto Sans Malayalam" w:cs="Noto Sans Malayalam"/>
        </w:rPr>
      </w:pPr>
      <w:proofErr w:type="spellStart"/>
      <w:r w:rsidRPr="007A3691">
        <w:rPr>
          <w:rFonts w:ascii="Noto Sans Malayalam" w:hAnsi="Noto Sans Malayalam" w:cs="Noto Sans Malayalam"/>
        </w:rPr>
        <w:t>സ്ത്രീ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സ്വാതന്ത്യ്രത്തിൻ്റെ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അദൃശ്യബന്ധനമാണോ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പ്രണയം</w:t>
      </w:r>
      <w:proofErr w:type="spellEnd"/>
      <w:r w:rsidRPr="007A3691">
        <w:rPr>
          <w:rFonts w:ascii="Noto Sans Malayalam" w:hAnsi="Noto Sans Malayalam" w:cs="Noto Sans Malayalam"/>
        </w:rPr>
        <w:t xml:space="preserve">? </w:t>
      </w:r>
      <w:proofErr w:type="spellStart"/>
      <w:r w:rsidRPr="007A3691">
        <w:rPr>
          <w:rFonts w:ascii="Noto Sans Malayalam" w:hAnsi="Noto Sans Malayalam" w:cs="Noto Sans Malayalam"/>
        </w:rPr>
        <w:t>കുന്തിയെ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മുൻനിർത്തി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ചർച്ച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ചെയ്യുക</w:t>
      </w:r>
      <w:proofErr w:type="spellEnd"/>
      <w:r w:rsidR="007A3691">
        <w:rPr>
          <w:rFonts w:ascii="Noto Sans Malayalam" w:hAnsi="Noto Sans Malayalam" w:cs="Noto Sans Malayalam"/>
        </w:rPr>
        <w:t>.</w:t>
      </w:r>
    </w:p>
    <w:p w14:paraId="662AECBF" w14:textId="0E81FA5A" w:rsidR="00EE242A" w:rsidRPr="007A3691" w:rsidRDefault="00000000" w:rsidP="007A3691">
      <w:pPr>
        <w:pStyle w:val="ListParagraph"/>
        <w:numPr>
          <w:ilvl w:val="0"/>
          <w:numId w:val="11"/>
        </w:numPr>
        <w:spacing w:line="360" w:lineRule="auto"/>
        <w:rPr>
          <w:rFonts w:ascii="Noto Sans Malayalam" w:hAnsi="Noto Sans Malayalam" w:cs="Noto Sans Malayalam"/>
        </w:rPr>
      </w:pPr>
      <w:proofErr w:type="spellStart"/>
      <w:r w:rsidRPr="007A3691">
        <w:rPr>
          <w:rFonts w:ascii="Noto Sans Malayalam" w:hAnsi="Noto Sans Malayalam" w:cs="Noto Sans Malayalam"/>
        </w:rPr>
        <w:t>വൈലോപ്പിള്ളിയുടെ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കാവ്യജീവിതത്തെ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സച്ചിദാനന്ദ</w:t>
      </w:r>
      <w:proofErr w:type="spellEnd"/>
      <w:r w:rsidRPr="007A3691">
        <w:rPr>
          <w:rFonts w:ascii="Noto Sans Malayalam" w:hAnsi="Noto Sans Malayalam" w:cs="Noto Sans Malayalam"/>
        </w:rPr>
        <w:t xml:space="preserve">ൻ </w:t>
      </w:r>
      <w:proofErr w:type="spellStart"/>
      <w:r w:rsidRPr="007A3691">
        <w:rPr>
          <w:rFonts w:ascii="Noto Sans Malayalam" w:hAnsi="Noto Sans Malayalam" w:cs="Noto Sans Malayalam"/>
        </w:rPr>
        <w:t>എപ്രകാരം</w:t>
      </w:r>
      <w:proofErr w:type="spellEnd"/>
      <w:r w:rsidRPr="007A3691">
        <w:rPr>
          <w:rFonts w:ascii="Noto Sans Malayalam" w:hAnsi="Noto Sans Malayalam" w:cs="Noto Sans Malayalam"/>
        </w:rPr>
        <w:t xml:space="preserve"> വിലയിരുത്തുന്നു?</w:t>
      </w:r>
    </w:p>
    <w:p w14:paraId="17C93E25" w14:textId="29E030D9" w:rsidR="00EE242A" w:rsidRPr="007A3691" w:rsidRDefault="00000000" w:rsidP="007A3691">
      <w:pPr>
        <w:pStyle w:val="ListParagraph"/>
        <w:numPr>
          <w:ilvl w:val="0"/>
          <w:numId w:val="11"/>
        </w:numPr>
        <w:spacing w:line="360" w:lineRule="auto"/>
        <w:rPr>
          <w:rFonts w:ascii="Noto Sans Malayalam" w:hAnsi="Noto Sans Malayalam" w:cs="Noto Sans Malayalam"/>
        </w:rPr>
      </w:pPr>
      <w:proofErr w:type="spellStart"/>
      <w:r w:rsidRPr="007A3691">
        <w:rPr>
          <w:rFonts w:ascii="Noto Sans Malayalam" w:hAnsi="Noto Sans Malayalam" w:cs="Noto Sans Malayalam"/>
        </w:rPr>
        <w:t>പാർശ്വവൽക്കരിക്കപ്പെട്ടവന്റെ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വേദനയാണ്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പൊയ്കയി</w:t>
      </w:r>
      <w:proofErr w:type="spellEnd"/>
      <w:r w:rsidRPr="007A3691">
        <w:rPr>
          <w:rFonts w:ascii="Noto Sans Malayalam" w:hAnsi="Noto Sans Malayalam" w:cs="Noto Sans Malayalam"/>
        </w:rPr>
        <w:t xml:space="preserve">ൽ </w:t>
      </w:r>
      <w:proofErr w:type="spellStart"/>
      <w:r w:rsidRPr="007A3691">
        <w:rPr>
          <w:rFonts w:ascii="Noto Sans Malayalam" w:hAnsi="Noto Sans Malayalam" w:cs="Noto Sans Malayalam"/>
        </w:rPr>
        <w:t>അപ്പച്ചന്റെ</w:t>
      </w:r>
      <w:proofErr w:type="spellEnd"/>
      <w:r w:rsidRPr="007A3691">
        <w:rPr>
          <w:rFonts w:ascii="Noto Sans Malayalam" w:hAnsi="Noto Sans Malayalam" w:cs="Noto Sans Malayalam"/>
        </w:rPr>
        <w:t xml:space="preserve"> കവിതകളിൽ തെളിഞ്ഞു കാണുന്നത്?</w:t>
      </w:r>
    </w:p>
    <w:p w14:paraId="1E61DFD2" w14:textId="002C09E9" w:rsidR="00EE242A" w:rsidRPr="007A3691" w:rsidRDefault="00000000" w:rsidP="007A3691">
      <w:pPr>
        <w:pStyle w:val="ListParagraph"/>
        <w:numPr>
          <w:ilvl w:val="0"/>
          <w:numId w:val="11"/>
        </w:numPr>
        <w:spacing w:line="360" w:lineRule="auto"/>
        <w:rPr>
          <w:rFonts w:ascii="Noto Sans Malayalam" w:hAnsi="Noto Sans Malayalam" w:cs="Noto Sans Malayalam"/>
        </w:rPr>
      </w:pPr>
      <w:r w:rsidRPr="007A3691">
        <w:rPr>
          <w:rFonts w:ascii="Noto Sans Malayalam" w:hAnsi="Noto Sans Malayalam" w:cs="Noto Sans Malayalam"/>
        </w:rPr>
        <w:lastRenderedPageBreak/>
        <w:t>'</w:t>
      </w:r>
      <w:proofErr w:type="spellStart"/>
      <w:r w:rsidRPr="007A3691">
        <w:rPr>
          <w:rFonts w:ascii="Noto Sans Malayalam" w:hAnsi="Noto Sans Malayalam" w:cs="Noto Sans Malayalam"/>
        </w:rPr>
        <w:t>ശാർങ്ഗകപക്ഷി'കളി</w:t>
      </w:r>
      <w:proofErr w:type="spellEnd"/>
      <w:r w:rsidRPr="007A3691">
        <w:rPr>
          <w:rFonts w:ascii="Noto Sans Malayalam" w:hAnsi="Noto Sans Malayalam" w:cs="Noto Sans Malayalam"/>
        </w:rPr>
        <w:t xml:space="preserve">ൽ </w:t>
      </w:r>
      <w:proofErr w:type="spellStart"/>
      <w:r w:rsidRPr="007A3691">
        <w:rPr>
          <w:rFonts w:ascii="Noto Sans Malayalam" w:hAnsi="Noto Sans Malayalam" w:cs="Noto Sans Malayalam"/>
        </w:rPr>
        <w:t>വർത്തമാനകാല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പരിസരത്തെ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ബന്ധിച്ചിരിക്കുന്നതെങ്ങനെ</w:t>
      </w:r>
      <w:proofErr w:type="spellEnd"/>
      <w:r w:rsidRPr="007A3691">
        <w:rPr>
          <w:rFonts w:ascii="Noto Sans Malayalam" w:hAnsi="Noto Sans Malayalam" w:cs="Noto Sans Malayalam"/>
        </w:rPr>
        <w:t>?</w:t>
      </w:r>
    </w:p>
    <w:p w14:paraId="2BD42E9E" w14:textId="772D3F83" w:rsidR="00EE242A" w:rsidRPr="007A3691" w:rsidRDefault="00000000" w:rsidP="007A3691">
      <w:pPr>
        <w:pStyle w:val="ListParagraph"/>
        <w:numPr>
          <w:ilvl w:val="0"/>
          <w:numId w:val="11"/>
        </w:numPr>
        <w:spacing w:line="360" w:lineRule="auto"/>
        <w:rPr>
          <w:rFonts w:ascii="Noto Sans Malayalam" w:hAnsi="Noto Sans Malayalam" w:cs="Noto Sans Malayalam"/>
        </w:rPr>
      </w:pPr>
      <w:proofErr w:type="spellStart"/>
      <w:r w:rsidRPr="007A3691">
        <w:rPr>
          <w:rFonts w:ascii="Noto Sans Malayalam" w:hAnsi="Noto Sans Malayalam" w:cs="Noto Sans Malayalam"/>
        </w:rPr>
        <w:t>ആലപ്പുഴയുടെ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സാമൂഹിക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ജീവിതത്തിലേക്കൊരു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നടപ്പാലമാണ്</w:t>
      </w:r>
      <w:proofErr w:type="spellEnd"/>
      <w:r w:rsidRPr="007A3691">
        <w:rPr>
          <w:rFonts w:ascii="Noto Sans Malayalam" w:hAnsi="Noto Sans Malayalam" w:cs="Noto Sans Malayalam"/>
        </w:rPr>
        <w:t xml:space="preserve"> 'ആലപ്പുഴവെള്ളം' എന്ന കവിത. </w:t>
      </w:r>
      <w:proofErr w:type="spellStart"/>
      <w:r w:rsidRPr="007A3691">
        <w:rPr>
          <w:rFonts w:ascii="Noto Sans Malayalam" w:hAnsi="Noto Sans Malayalam" w:cs="Noto Sans Malayalam"/>
        </w:rPr>
        <w:t>സമർത്ഥിക്കുക</w:t>
      </w:r>
      <w:proofErr w:type="spellEnd"/>
      <w:r w:rsidR="007A3691">
        <w:rPr>
          <w:rFonts w:ascii="Noto Sans Malayalam" w:hAnsi="Noto Sans Malayalam" w:cs="Noto Sans Malayalam"/>
        </w:rPr>
        <w:t>.</w:t>
      </w:r>
    </w:p>
    <w:p w14:paraId="060D2723" w14:textId="6BE3100B" w:rsidR="00EE242A" w:rsidRPr="007A3691" w:rsidRDefault="00000000" w:rsidP="007A3691">
      <w:pPr>
        <w:pStyle w:val="ListParagraph"/>
        <w:numPr>
          <w:ilvl w:val="0"/>
          <w:numId w:val="11"/>
        </w:numPr>
        <w:spacing w:line="360" w:lineRule="auto"/>
        <w:rPr>
          <w:rFonts w:ascii="Noto Sans Malayalam" w:hAnsi="Noto Sans Malayalam" w:cs="Noto Sans Malayalam"/>
        </w:rPr>
      </w:pPr>
      <w:r w:rsidRPr="007A3691">
        <w:rPr>
          <w:rFonts w:ascii="Noto Sans Malayalam" w:hAnsi="Noto Sans Malayalam" w:cs="Noto Sans Malayalam"/>
        </w:rPr>
        <w:t>'</w:t>
      </w:r>
      <w:proofErr w:type="spellStart"/>
      <w:r w:rsidRPr="007A3691">
        <w:rPr>
          <w:rFonts w:ascii="Noto Sans Malayalam" w:hAnsi="Noto Sans Malayalam" w:cs="Noto Sans Malayalam"/>
        </w:rPr>
        <w:t>മനസ്വിനി</w:t>
      </w:r>
      <w:proofErr w:type="spellEnd"/>
      <w:r w:rsidRPr="007A3691">
        <w:rPr>
          <w:rFonts w:ascii="Noto Sans Malayalam" w:hAnsi="Noto Sans Malayalam" w:cs="Noto Sans Malayalam"/>
        </w:rPr>
        <w:t xml:space="preserve">' </w:t>
      </w:r>
      <w:proofErr w:type="spellStart"/>
      <w:r w:rsidRPr="007A3691">
        <w:rPr>
          <w:rFonts w:ascii="Noto Sans Malayalam" w:hAnsi="Noto Sans Malayalam" w:cs="Noto Sans Malayalam"/>
        </w:rPr>
        <w:t>ആസ്വാദനം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തയ്യാറാക്കുക</w:t>
      </w:r>
      <w:proofErr w:type="spellEnd"/>
      <w:r w:rsidR="007A3691">
        <w:rPr>
          <w:rFonts w:ascii="Noto Sans Malayalam" w:hAnsi="Noto Sans Malayalam" w:cs="Noto Sans Malayalam"/>
        </w:rPr>
        <w:t>.</w:t>
      </w:r>
    </w:p>
    <w:p w14:paraId="41A324FC" w14:textId="1E957314" w:rsidR="00EE242A" w:rsidRPr="007A3691" w:rsidRDefault="00000000" w:rsidP="007A3691">
      <w:pPr>
        <w:pStyle w:val="ListParagraph"/>
        <w:numPr>
          <w:ilvl w:val="0"/>
          <w:numId w:val="11"/>
        </w:numPr>
        <w:spacing w:line="360" w:lineRule="auto"/>
        <w:rPr>
          <w:rFonts w:ascii="Noto Sans Malayalam" w:hAnsi="Noto Sans Malayalam" w:cs="Noto Sans Malayalam"/>
        </w:rPr>
      </w:pPr>
      <w:r w:rsidRPr="007A3691">
        <w:rPr>
          <w:rFonts w:ascii="Noto Sans Malayalam" w:hAnsi="Noto Sans Malayalam" w:cs="Noto Sans Malayalam"/>
        </w:rPr>
        <w:t>'</w:t>
      </w:r>
      <w:proofErr w:type="spellStart"/>
      <w:r w:rsidRPr="007A3691">
        <w:rPr>
          <w:rFonts w:ascii="Noto Sans Malayalam" w:hAnsi="Noto Sans Malayalam" w:cs="Noto Sans Malayalam"/>
        </w:rPr>
        <w:t>കാണെക്കാണെ</w:t>
      </w:r>
      <w:proofErr w:type="spellEnd"/>
      <w:r w:rsidRPr="007A3691">
        <w:rPr>
          <w:rFonts w:ascii="Noto Sans Malayalam" w:hAnsi="Noto Sans Malayalam" w:cs="Noto Sans Malayalam"/>
        </w:rPr>
        <w:t xml:space="preserve">' </w:t>
      </w:r>
      <w:proofErr w:type="spellStart"/>
      <w:r w:rsidRPr="007A3691">
        <w:rPr>
          <w:rFonts w:ascii="Noto Sans Malayalam" w:hAnsi="Noto Sans Malayalam" w:cs="Noto Sans Malayalam"/>
        </w:rPr>
        <w:t>എന്ന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കവിതയി</w:t>
      </w:r>
      <w:proofErr w:type="spellEnd"/>
      <w:r w:rsidRPr="007A3691">
        <w:rPr>
          <w:rFonts w:ascii="Noto Sans Malayalam" w:hAnsi="Noto Sans Malayalam" w:cs="Noto Sans Malayalam"/>
        </w:rPr>
        <w:t xml:space="preserve">ൽ </w:t>
      </w:r>
      <w:proofErr w:type="spellStart"/>
      <w:r w:rsidRPr="007A3691">
        <w:rPr>
          <w:rFonts w:ascii="Noto Sans Malayalam" w:hAnsi="Noto Sans Malayalam" w:cs="Noto Sans Malayalam"/>
        </w:rPr>
        <w:t>കാവ്യബിംബങ്ങളെ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വിശകലനം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ചെയ്യുക</w:t>
      </w:r>
      <w:proofErr w:type="spellEnd"/>
      <w:r w:rsidR="007A3691">
        <w:rPr>
          <w:rFonts w:ascii="Noto Sans Malayalam" w:hAnsi="Noto Sans Malayalam" w:cs="Noto Sans Malayalam"/>
        </w:rPr>
        <w:t>.</w:t>
      </w:r>
    </w:p>
    <w:p w14:paraId="2ACEA506" w14:textId="6413F4FE" w:rsidR="00EE242A" w:rsidRPr="007A3691" w:rsidRDefault="00000000" w:rsidP="007A3691">
      <w:pPr>
        <w:pStyle w:val="ListParagraph"/>
        <w:numPr>
          <w:ilvl w:val="0"/>
          <w:numId w:val="11"/>
        </w:numPr>
        <w:spacing w:line="360" w:lineRule="auto"/>
        <w:rPr>
          <w:rFonts w:ascii="Noto Sans Malayalam" w:hAnsi="Noto Sans Malayalam" w:cs="Noto Sans Malayalam"/>
        </w:rPr>
      </w:pPr>
      <w:r w:rsidRPr="007A3691">
        <w:rPr>
          <w:rFonts w:ascii="Noto Sans Malayalam" w:hAnsi="Noto Sans Malayalam" w:cs="Noto Sans Malayalam"/>
        </w:rPr>
        <w:t>'</w:t>
      </w:r>
      <w:proofErr w:type="spellStart"/>
      <w:r w:rsidRPr="007A3691">
        <w:rPr>
          <w:rFonts w:ascii="Noto Sans Malayalam" w:hAnsi="Noto Sans Malayalam" w:cs="Noto Sans Malayalam"/>
        </w:rPr>
        <w:t>സൂര്യകാന്തി'യിലെ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സിബോംളിക്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സ്വഭാവത്തെ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വിശദമാക്കുക</w:t>
      </w:r>
      <w:proofErr w:type="spellEnd"/>
      <w:r w:rsidR="007A3691">
        <w:rPr>
          <w:rFonts w:ascii="Noto Sans Malayalam" w:hAnsi="Noto Sans Malayalam" w:cs="Noto Sans Malayalam"/>
        </w:rPr>
        <w:t>.</w:t>
      </w:r>
    </w:p>
    <w:p w14:paraId="549DA9F9" w14:textId="6B36B0D3" w:rsidR="00EE242A" w:rsidRDefault="00000000" w:rsidP="007A3691">
      <w:pPr>
        <w:pStyle w:val="ListParagraph"/>
        <w:numPr>
          <w:ilvl w:val="0"/>
          <w:numId w:val="11"/>
        </w:numPr>
        <w:spacing w:line="360" w:lineRule="auto"/>
        <w:rPr>
          <w:rFonts w:ascii="Noto Sans Malayalam" w:hAnsi="Noto Sans Malayalam" w:cs="Noto Sans Malayalam"/>
        </w:rPr>
      </w:pPr>
      <w:r w:rsidRPr="007A3691">
        <w:rPr>
          <w:rFonts w:ascii="Noto Sans Malayalam" w:hAnsi="Noto Sans Malayalam" w:cs="Noto Sans Malayalam"/>
        </w:rPr>
        <w:t>'</w:t>
      </w:r>
      <w:proofErr w:type="spellStart"/>
      <w:r w:rsidRPr="007A3691">
        <w:rPr>
          <w:rFonts w:ascii="Noto Sans Malayalam" w:hAnsi="Noto Sans Malayalam" w:cs="Noto Sans Malayalam"/>
        </w:rPr>
        <w:t>ഇഷ്ടമുടിക്കായ'ലിലെ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കാവ്യ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വീക്ഷണങ്ങളെ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വ്യക്തമാക്കുക</w:t>
      </w:r>
      <w:proofErr w:type="spellEnd"/>
      <w:r w:rsidR="007A3691">
        <w:rPr>
          <w:rFonts w:ascii="Noto Sans Malayalam" w:hAnsi="Noto Sans Malayalam" w:cs="Noto Sans Malayalam"/>
        </w:rPr>
        <w:t>.</w:t>
      </w:r>
    </w:p>
    <w:p w14:paraId="05862965" w14:textId="204F74FD" w:rsidR="007A3691" w:rsidRPr="007A3691" w:rsidRDefault="007A3691" w:rsidP="007A3691">
      <w:pPr>
        <w:spacing w:line="360" w:lineRule="auto"/>
        <w:ind w:left="7920" w:firstLine="720"/>
        <w:rPr>
          <w:rFonts w:ascii="Noto Sans Malayalam" w:hAnsi="Noto Sans Malayalam" w:cs="Noto Sans Malayalam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 </w:t>
      </w:r>
      <w:r w:rsidRPr="000C2E65">
        <w:rPr>
          <w:rFonts w:ascii="Calisto MT" w:hAnsi="Calisto MT" w:cs="Noto Sans Malayalam"/>
          <w:b/>
          <w:bCs/>
          <w:sz w:val="24"/>
          <w:szCs w:val="24"/>
        </w:rPr>
        <w:t>(5X6=3</w:t>
      </w:r>
      <w:r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55B37612" w14:textId="77777777" w:rsidR="007A3691" w:rsidRPr="000C2E65" w:rsidRDefault="007A3691" w:rsidP="007A3691">
      <w:pPr>
        <w:spacing w:after="0" w:line="360" w:lineRule="auto"/>
        <w:ind w:left="720"/>
        <w:jc w:val="center"/>
        <w:rPr>
          <w:rFonts w:ascii="Noto Sans Malayalam" w:hAnsi="Noto Sans Malayalam" w:cs="Noto Sans Malayalam"/>
          <w:b/>
          <w:bCs/>
          <w:sz w:val="24"/>
          <w:szCs w:val="24"/>
        </w:rPr>
      </w:pPr>
      <w:r w:rsidRPr="00E61391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-IN"/>
        </w:rPr>
        <w:t>സെക്ഷൻ</w:t>
      </w:r>
      <w:r w:rsidRPr="000C2E65">
        <w:rPr>
          <w:rFonts w:ascii="Noto Sans Malayalam" w:hAnsi="Noto Sans Malayalam" w:cs="Noto Sans Malayalam"/>
          <w:b/>
          <w:bCs/>
          <w:sz w:val="24"/>
          <w:szCs w:val="24"/>
          <w:cs/>
          <w:lang w:bidi="ml-IN"/>
        </w:rPr>
        <w:t xml:space="preserve"> ഡി</w:t>
      </w:r>
    </w:p>
    <w:p w14:paraId="60C58367" w14:textId="0E3220BB" w:rsidR="007A3691" w:rsidRDefault="007A3691" w:rsidP="007A3691">
      <w:pPr>
        <w:jc w:val="both"/>
        <w:rPr>
          <w:rFonts w:ascii="Noto Sans Malayalam" w:hAnsi="Noto Sans Malayalam" w:cs="Noto Sans Malayalam"/>
          <w:b/>
          <w:bCs/>
          <w:sz w:val="24"/>
          <w:szCs w:val="24"/>
        </w:rPr>
      </w:pPr>
      <w:r w:rsidRPr="00A70633">
        <w:rPr>
          <w:rFonts w:ascii="Noto Sans Malayalam" w:hAnsi="Noto Sans Malayalam" w:cs="Noto Sans Malayalam"/>
          <w:b/>
          <w:bCs/>
          <w:sz w:val="24"/>
          <w:szCs w:val="24"/>
          <w:cs/>
        </w:rPr>
        <w:t xml:space="preserve">ഏതെങ്കിലും </w:t>
      </w:r>
      <w:r w:rsidRPr="00A70633"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</w:rPr>
        <w:t>രണ്ടു</w:t>
      </w:r>
      <w:r w:rsidRPr="00A70633">
        <w:rPr>
          <w:rFonts w:ascii="Noto Sans Malayalam" w:hAnsi="Noto Sans Malayalam" w:cs="Noto Sans Malayalam"/>
          <w:b/>
          <w:bCs/>
          <w:sz w:val="24"/>
          <w:szCs w:val="24"/>
          <w:cs/>
        </w:rPr>
        <w:t xml:space="preserve"> ചോദ്യത്തിന് </w:t>
      </w:r>
      <w:r w:rsidRPr="00A70633"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</w:rPr>
        <w:t>രണ്ടു</w:t>
      </w:r>
      <w:r w:rsidRPr="00A70633">
        <w:rPr>
          <w:rFonts w:ascii="Noto Sans Malayalam" w:hAnsi="Noto Sans Malayalam" w:cs="Noto Sans Malayalam"/>
          <w:b/>
          <w:bCs/>
          <w:sz w:val="24"/>
          <w:szCs w:val="24"/>
        </w:rPr>
        <w:t xml:space="preserve">  </w:t>
      </w:r>
      <w:r w:rsidRPr="00A70633">
        <w:rPr>
          <w:rFonts w:ascii="Noto Sans Malayalam" w:hAnsi="Noto Sans Malayalam" w:cs="Noto Sans Malayalam"/>
          <w:b/>
          <w:bCs/>
          <w:sz w:val="24"/>
          <w:szCs w:val="24"/>
          <w:cs/>
        </w:rPr>
        <w:t xml:space="preserve">പുറത്തിൽ ഉത്തരമെഴുതുക. </w:t>
      </w:r>
      <w:r w:rsidRPr="00A70633"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</w:rPr>
        <w:t>പത്തു</w:t>
      </w:r>
      <w:r w:rsidRPr="00A70633">
        <w:rPr>
          <w:rFonts w:ascii="Noto Sans Malayalam" w:hAnsi="Noto Sans Malayalam" w:cs="Noto Sans Malayalam"/>
          <w:b/>
          <w:bCs/>
          <w:sz w:val="24"/>
          <w:szCs w:val="24"/>
        </w:rPr>
        <w:t xml:space="preserve">  </w:t>
      </w:r>
      <w:r w:rsidRPr="00A70633">
        <w:rPr>
          <w:rFonts w:ascii="Noto Sans Malayalam" w:hAnsi="Noto Sans Malayalam" w:cs="Noto Sans Malayalam"/>
          <w:b/>
          <w:bCs/>
          <w:sz w:val="24"/>
          <w:szCs w:val="24"/>
          <w:cs/>
        </w:rPr>
        <w:t xml:space="preserve"> മാർക്ക് വീതം</w:t>
      </w:r>
      <w:r>
        <w:rPr>
          <w:rFonts w:ascii="Noto Sans Malayalam" w:hAnsi="Noto Sans Malayalam" w:cs="Noto Sans Malayalam"/>
          <w:b/>
          <w:bCs/>
          <w:sz w:val="24"/>
          <w:szCs w:val="24"/>
        </w:rPr>
        <w:t>.</w:t>
      </w:r>
    </w:p>
    <w:p w14:paraId="1CA725A4" w14:textId="738F7ECD" w:rsidR="00EE242A" w:rsidRPr="007A3691" w:rsidRDefault="00000000" w:rsidP="007A3691">
      <w:pPr>
        <w:pStyle w:val="ListParagraph"/>
        <w:numPr>
          <w:ilvl w:val="0"/>
          <w:numId w:val="11"/>
        </w:numPr>
        <w:spacing w:line="360" w:lineRule="auto"/>
        <w:rPr>
          <w:rFonts w:ascii="Noto Sans Malayalam" w:hAnsi="Noto Sans Malayalam" w:cs="Noto Sans Malayalam"/>
        </w:rPr>
      </w:pPr>
      <w:r w:rsidRPr="007A3691">
        <w:rPr>
          <w:rFonts w:ascii="Noto Sans Malayalam" w:hAnsi="Noto Sans Malayalam" w:cs="Noto Sans Malayalam"/>
        </w:rPr>
        <w:t>'</w:t>
      </w:r>
      <w:proofErr w:type="spellStart"/>
      <w:r w:rsidRPr="007A3691">
        <w:rPr>
          <w:rFonts w:ascii="Noto Sans Malayalam" w:hAnsi="Noto Sans Malayalam" w:cs="Noto Sans Malayalam"/>
        </w:rPr>
        <w:t>സൂര്യകാന്തി'യിലെ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രൂപപരവും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ഭാവപരവുമായ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r w:rsidR="00C5657D" w:rsidRPr="00C5657D">
        <w:rPr>
          <w:rFonts w:ascii="Noto Sans Malayalam" w:hAnsi="Noto Sans Malayalam" w:cs="Noto Sans Malayalam"/>
          <w:cs/>
          <w:lang w:bidi="ml-IN"/>
        </w:rPr>
        <w:t>സവിശേഷതകൾ</w:t>
      </w:r>
      <w:r w:rsidR="00C5657D">
        <w:rPr>
          <w:rFonts w:ascii="Noto Sans Malayalam" w:hAnsi="Noto Sans Malayalam" w:cs="Noto Sans Malayalam"/>
          <w:lang w:bidi="ml-IN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ചർച്ച</w:t>
      </w:r>
      <w:proofErr w:type="spellEnd"/>
      <w:r w:rsidR="002B3F2A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ചെയ്യുക</w:t>
      </w:r>
      <w:proofErr w:type="spellEnd"/>
      <w:r w:rsidR="007A3691">
        <w:rPr>
          <w:rFonts w:ascii="Noto Sans Malayalam" w:hAnsi="Noto Sans Malayalam" w:cs="Noto Sans Malayalam"/>
        </w:rPr>
        <w:t>.</w:t>
      </w:r>
    </w:p>
    <w:p w14:paraId="0383D756" w14:textId="237B7148" w:rsidR="00C5657D" w:rsidRDefault="00C5657D" w:rsidP="007A3691">
      <w:pPr>
        <w:pStyle w:val="ListParagraph"/>
        <w:numPr>
          <w:ilvl w:val="0"/>
          <w:numId w:val="11"/>
        </w:numPr>
        <w:spacing w:line="360" w:lineRule="auto"/>
        <w:rPr>
          <w:rFonts w:ascii="Noto Sans Malayalam" w:hAnsi="Noto Sans Malayalam" w:cs="Noto Sans Malayalam"/>
        </w:rPr>
      </w:pPr>
      <w:r w:rsidRPr="00C5657D">
        <w:rPr>
          <w:rFonts w:ascii="Noto Sans Malayalam" w:hAnsi="Noto Sans Malayalam" w:cs="Noto Sans Malayalam"/>
          <w:cs/>
          <w:lang w:bidi="ml-IN"/>
        </w:rPr>
        <w:t xml:space="preserve">ആലപ്പുഴയുടെ ഭൂമിശാസ്ത്രപരമായ പ്രത്യേകതകളും </w:t>
      </w:r>
      <w:r w:rsidRPr="00C5657D">
        <w:rPr>
          <w:rFonts w:ascii="Noto Sans Malayalam" w:hAnsi="Noto Sans Malayalam" w:cs="Noto Sans Malayalam"/>
        </w:rPr>
        <w:t xml:space="preserve">, </w:t>
      </w:r>
      <w:r w:rsidRPr="00C5657D">
        <w:rPr>
          <w:rFonts w:ascii="Noto Sans Malayalam" w:hAnsi="Noto Sans Malayalam" w:cs="Noto Sans Malayalam"/>
          <w:cs/>
          <w:lang w:bidi="ml-IN"/>
        </w:rPr>
        <w:t xml:space="preserve">ചരിത്രവും </w:t>
      </w:r>
      <w:r w:rsidRPr="00C5657D">
        <w:rPr>
          <w:rFonts w:ascii="Noto Sans Malayalam" w:hAnsi="Noto Sans Malayalam" w:cs="Noto Sans Malayalam"/>
        </w:rPr>
        <w:t xml:space="preserve">, </w:t>
      </w:r>
      <w:r w:rsidRPr="00C5657D">
        <w:rPr>
          <w:rFonts w:ascii="Noto Sans Malayalam" w:hAnsi="Noto Sans Malayalam" w:cs="Noto Sans Malayalam"/>
          <w:cs/>
          <w:lang w:bidi="ml-IN"/>
        </w:rPr>
        <w:t xml:space="preserve">മനുഷ്യരും ഇടകലർന്ന കവിതയാണ് </w:t>
      </w:r>
      <w:r w:rsidRPr="00C5657D">
        <w:rPr>
          <w:rFonts w:ascii="Noto Sans Malayalam" w:hAnsi="Noto Sans Malayalam" w:cs="Noto Sans Malayalam"/>
        </w:rPr>
        <w:t>'</w:t>
      </w:r>
      <w:r w:rsidRPr="00C5657D">
        <w:rPr>
          <w:rFonts w:ascii="Noto Sans Malayalam" w:hAnsi="Noto Sans Malayalam" w:cs="Noto Sans Malayalam"/>
          <w:cs/>
          <w:lang w:bidi="ml-IN"/>
        </w:rPr>
        <w:t>ആലപ്പുഴവെള്ളം</w:t>
      </w:r>
      <w:r w:rsidRPr="00C5657D">
        <w:rPr>
          <w:rFonts w:ascii="Noto Sans Malayalam" w:hAnsi="Noto Sans Malayalam" w:cs="Noto Sans Malayalam"/>
        </w:rPr>
        <w:t xml:space="preserve">'. </w:t>
      </w:r>
      <w:r w:rsidRPr="00C5657D">
        <w:rPr>
          <w:rFonts w:ascii="Noto Sans Malayalam" w:hAnsi="Noto Sans Malayalam" w:cs="Noto Sans Malayalam"/>
          <w:cs/>
          <w:lang w:bidi="ml-IN"/>
        </w:rPr>
        <w:t>ചർച്ച ചെയ്യുക.</w:t>
      </w:r>
    </w:p>
    <w:p w14:paraId="0231F16F" w14:textId="7E544FBC" w:rsidR="00EE242A" w:rsidRPr="007A3691" w:rsidRDefault="00000000" w:rsidP="007A3691">
      <w:pPr>
        <w:pStyle w:val="ListParagraph"/>
        <w:numPr>
          <w:ilvl w:val="0"/>
          <w:numId w:val="11"/>
        </w:numPr>
        <w:spacing w:line="360" w:lineRule="auto"/>
        <w:rPr>
          <w:rFonts w:ascii="Noto Sans Malayalam" w:hAnsi="Noto Sans Malayalam" w:cs="Noto Sans Malayalam"/>
        </w:rPr>
      </w:pPr>
      <w:r w:rsidRPr="007A3691">
        <w:rPr>
          <w:rFonts w:ascii="Noto Sans Malayalam" w:hAnsi="Noto Sans Malayalam" w:cs="Noto Sans Malayalam"/>
        </w:rPr>
        <w:t>'</w:t>
      </w:r>
      <w:proofErr w:type="spellStart"/>
      <w:r w:rsidRPr="007A3691">
        <w:rPr>
          <w:rFonts w:ascii="Noto Sans Malayalam" w:hAnsi="Noto Sans Malayalam" w:cs="Noto Sans Malayalam"/>
        </w:rPr>
        <w:t>കുന്തി'യിലെ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സ്ത്രീപക്ഷ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ചിന്തക</w:t>
      </w:r>
      <w:proofErr w:type="spellEnd"/>
      <w:r w:rsidRPr="007A3691">
        <w:rPr>
          <w:rFonts w:ascii="Noto Sans Malayalam" w:hAnsi="Noto Sans Malayalam" w:cs="Noto Sans Malayalam"/>
        </w:rPr>
        <w:t xml:space="preserve">ൾ </w:t>
      </w:r>
      <w:proofErr w:type="spellStart"/>
      <w:r w:rsidRPr="007A3691">
        <w:rPr>
          <w:rFonts w:ascii="Noto Sans Malayalam" w:hAnsi="Noto Sans Malayalam" w:cs="Noto Sans Malayalam"/>
        </w:rPr>
        <w:t>വ്യക്തമാക്കുക</w:t>
      </w:r>
      <w:proofErr w:type="spellEnd"/>
      <w:r w:rsidR="007A3691">
        <w:rPr>
          <w:rFonts w:ascii="Noto Sans Malayalam" w:hAnsi="Noto Sans Malayalam" w:cs="Noto Sans Malayalam"/>
        </w:rPr>
        <w:t>.</w:t>
      </w:r>
    </w:p>
    <w:p w14:paraId="5107D337" w14:textId="56E7F696" w:rsidR="00EE242A" w:rsidRDefault="00000000" w:rsidP="007A3691">
      <w:pPr>
        <w:pStyle w:val="ListParagraph"/>
        <w:numPr>
          <w:ilvl w:val="0"/>
          <w:numId w:val="11"/>
        </w:numPr>
        <w:spacing w:line="360" w:lineRule="auto"/>
        <w:rPr>
          <w:rFonts w:ascii="Noto Sans Malayalam" w:hAnsi="Noto Sans Malayalam" w:cs="Noto Sans Malayalam"/>
        </w:rPr>
      </w:pPr>
      <w:r w:rsidRPr="007A3691">
        <w:rPr>
          <w:rFonts w:ascii="Noto Sans Malayalam" w:hAnsi="Noto Sans Malayalam" w:cs="Noto Sans Malayalam"/>
        </w:rPr>
        <w:t>'</w:t>
      </w:r>
      <w:proofErr w:type="spellStart"/>
      <w:r w:rsidRPr="007A3691">
        <w:rPr>
          <w:rFonts w:ascii="Noto Sans Malayalam" w:hAnsi="Noto Sans Malayalam" w:cs="Noto Sans Malayalam"/>
        </w:rPr>
        <w:t>ദൈവദശകം</w:t>
      </w:r>
      <w:proofErr w:type="spellEnd"/>
      <w:r w:rsidRPr="007A3691">
        <w:rPr>
          <w:rFonts w:ascii="Noto Sans Malayalam" w:hAnsi="Noto Sans Malayalam" w:cs="Noto Sans Malayalam"/>
        </w:rPr>
        <w:t>', '</w:t>
      </w:r>
      <w:proofErr w:type="spellStart"/>
      <w:r w:rsidRPr="007A3691">
        <w:rPr>
          <w:rFonts w:ascii="Noto Sans Malayalam" w:hAnsi="Noto Sans Malayalam" w:cs="Noto Sans Malayalam"/>
        </w:rPr>
        <w:t>കാണുന്നീലോരക്ഷരവും</w:t>
      </w:r>
      <w:proofErr w:type="spellEnd"/>
      <w:r w:rsidRPr="007A3691">
        <w:rPr>
          <w:rFonts w:ascii="Noto Sans Malayalam" w:hAnsi="Noto Sans Malayalam" w:cs="Noto Sans Malayalam"/>
        </w:rPr>
        <w:t xml:space="preserve">' </w:t>
      </w:r>
      <w:proofErr w:type="spellStart"/>
      <w:r w:rsidRPr="007A3691">
        <w:rPr>
          <w:rFonts w:ascii="Noto Sans Malayalam" w:hAnsi="Noto Sans Malayalam" w:cs="Noto Sans Malayalam"/>
        </w:rPr>
        <w:t>എന്നീ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പാഠഭാഗത്തെ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മുൻനിർത്തി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നവോത്ഥാന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മൂല്യങ്ങളുടെ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പ്രസക്തി</w:t>
      </w:r>
      <w:proofErr w:type="spellEnd"/>
      <w:r w:rsidRPr="007A3691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ചർച്ച</w:t>
      </w:r>
      <w:proofErr w:type="spellEnd"/>
      <w:r w:rsidR="00E5360A">
        <w:rPr>
          <w:rFonts w:ascii="Noto Sans Malayalam" w:hAnsi="Noto Sans Malayalam" w:cs="Noto Sans Malayalam"/>
        </w:rPr>
        <w:t xml:space="preserve"> </w:t>
      </w:r>
      <w:proofErr w:type="spellStart"/>
      <w:r w:rsidRPr="007A3691">
        <w:rPr>
          <w:rFonts w:ascii="Noto Sans Malayalam" w:hAnsi="Noto Sans Malayalam" w:cs="Noto Sans Malayalam"/>
        </w:rPr>
        <w:t>ചെയ്യുക</w:t>
      </w:r>
      <w:proofErr w:type="spellEnd"/>
      <w:r w:rsidR="00E5360A">
        <w:rPr>
          <w:rFonts w:ascii="Noto Sans Malayalam" w:hAnsi="Noto Sans Malayalam" w:cs="Noto Sans Malayalam"/>
        </w:rPr>
        <w:t>.</w:t>
      </w:r>
    </w:p>
    <w:p w14:paraId="280C1042" w14:textId="38D64F46" w:rsidR="00E5360A" w:rsidRPr="00E5360A" w:rsidRDefault="00E5360A" w:rsidP="00E5360A">
      <w:pPr>
        <w:spacing w:line="360" w:lineRule="auto"/>
        <w:ind w:left="8640"/>
        <w:rPr>
          <w:rFonts w:ascii="Noto Sans Malayalam" w:hAnsi="Noto Sans Malayalam" w:cs="Noto Sans Malayalam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</w:t>
      </w:r>
      <w:r w:rsidRPr="00A71E95">
        <w:rPr>
          <w:rFonts w:ascii="Calisto MT" w:hAnsi="Calisto MT" w:cs="Noto Sans Malayalam"/>
          <w:b/>
          <w:bCs/>
          <w:sz w:val="24"/>
          <w:szCs w:val="24"/>
        </w:rPr>
        <w:t>(10X2=20)</w:t>
      </w:r>
    </w:p>
    <w:sectPr w:rsidR="00E5360A" w:rsidRPr="00E5360A" w:rsidSect="007A3691">
      <w:pgSz w:w="12240" w:h="15840"/>
      <w:pgMar w:top="993" w:right="1041" w:bottom="1276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1"/>
    <w:family w:val="auto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83352C"/>
    <w:multiLevelType w:val="hybridMultilevel"/>
    <w:tmpl w:val="4D98540A"/>
    <w:lvl w:ilvl="0" w:tplc="17E2A5DE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CB595B"/>
    <w:multiLevelType w:val="hybridMultilevel"/>
    <w:tmpl w:val="23D05AF6"/>
    <w:lvl w:ilvl="0" w:tplc="17E2A5DE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F0724F"/>
    <w:multiLevelType w:val="hybridMultilevel"/>
    <w:tmpl w:val="32DC97D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232E87"/>
    <w:multiLevelType w:val="hybridMultilevel"/>
    <w:tmpl w:val="4392BB34"/>
    <w:lvl w:ilvl="0" w:tplc="17E2A5DE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56725B"/>
    <w:multiLevelType w:val="hybridMultilevel"/>
    <w:tmpl w:val="AC663A08"/>
    <w:lvl w:ilvl="0" w:tplc="17E2A5DE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322035">
    <w:abstractNumId w:val="8"/>
  </w:num>
  <w:num w:numId="2" w16cid:durableId="388386533">
    <w:abstractNumId w:val="6"/>
  </w:num>
  <w:num w:numId="3" w16cid:durableId="2036270217">
    <w:abstractNumId w:val="5"/>
  </w:num>
  <w:num w:numId="4" w16cid:durableId="912817221">
    <w:abstractNumId w:val="4"/>
  </w:num>
  <w:num w:numId="5" w16cid:durableId="1944801295">
    <w:abstractNumId w:val="7"/>
  </w:num>
  <w:num w:numId="6" w16cid:durableId="1352099817">
    <w:abstractNumId w:val="3"/>
  </w:num>
  <w:num w:numId="7" w16cid:durableId="864903307">
    <w:abstractNumId w:val="2"/>
  </w:num>
  <w:num w:numId="8" w16cid:durableId="67773237">
    <w:abstractNumId w:val="1"/>
  </w:num>
  <w:num w:numId="9" w16cid:durableId="1683782790">
    <w:abstractNumId w:val="0"/>
  </w:num>
  <w:num w:numId="10" w16cid:durableId="251400908">
    <w:abstractNumId w:val="11"/>
  </w:num>
  <w:num w:numId="11" w16cid:durableId="1352685521">
    <w:abstractNumId w:val="10"/>
  </w:num>
  <w:num w:numId="12" w16cid:durableId="619381619">
    <w:abstractNumId w:val="9"/>
  </w:num>
  <w:num w:numId="13" w16cid:durableId="640422144">
    <w:abstractNumId w:val="12"/>
  </w:num>
  <w:num w:numId="14" w16cid:durableId="27178526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67D3"/>
    <w:rsid w:val="0006063C"/>
    <w:rsid w:val="0015074B"/>
    <w:rsid w:val="0029639D"/>
    <w:rsid w:val="002B3F2A"/>
    <w:rsid w:val="002C656C"/>
    <w:rsid w:val="00326F90"/>
    <w:rsid w:val="007A3691"/>
    <w:rsid w:val="00A004F9"/>
    <w:rsid w:val="00A43F4D"/>
    <w:rsid w:val="00AA1D8D"/>
    <w:rsid w:val="00B47730"/>
    <w:rsid w:val="00C5657D"/>
    <w:rsid w:val="00CB0664"/>
    <w:rsid w:val="00DC4174"/>
    <w:rsid w:val="00E5360A"/>
    <w:rsid w:val="00EE242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E6F2BE"/>
  <w14:defaultImageDpi w14:val="300"/>
  <w15:docId w15:val="{6DD55682-FE0E-439F-8651-E437BF27D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transliteration">
    <w:name w:val="transliteration"/>
    <w:rsid w:val="007A3691"/>
  </w:style>
  <w:style w:type="paragraph" w:customStyle="1" w:styleId="BasicParagraph">
    <w:name w:val="[Basic Paragraph]"/>
    <w:basedOn w:val="Normal"/>
    <w:uiPriority w:val="99"/>
    <w:rsid w:val="007A3691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bidi="ml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sgou 64</cp:lastModifiedBy>
  <cp:revision>6</cp:revision>
  <cp:lastPrinted>2026-07-08T11:17:00Z</cp:lastPrinted>
  <dcterms:created xsi:type="dcterms:W3CDTF">2026-07-07T07:09:00Z</dcterms:created>
  <dcterms:modified xsi:type="dcterms:W3CDTF">2026-07-08T11:17:00Z</dcterms:modified>
  <cp:category/>
</cp:coreProperties>
</file>